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F535" w14:textId="15F20210" w:rsidR="008F54F7" w:rsidRDefault="0089485C">
      <w:pPr>
        <w:jc w:val="center"/>
      </w:pPr>
      <w:r>
        <w:rPr>
          <w:noProof/>
        </w:rPr>
        <mc:AlternateContent>
          <mc:Choice Requires="wps">
            <w:drawing>
              <wp:anchor distT="0" distB="0" distL="114300" distR="114300" simplePos="0" relativeHeight="251669504" behindDoc="0" locked="0" layoutInCell="1" allowOverlap="1" wp14:anchorId="5E35BA30" wp14:editId="1F7E4464">
                <wp:simplePos x="0" y="0"/>
                <wp:positionH relativeFrom="margin">
                  <wp:align>right</wp:align>
                </wp:positionH>
                <wp:positionV relativeFrom="paragraph">
                  <wp:posOffset>327660</wp:posOffset>
                </wp:positionV>
                <wp:extent cx="1270000" cy="190500"/>
                <wp:effectExtent l="0" t="0" r="0" b="0"/>
                <wp:wrapNone/>
                <wp:docPr id="32682575" name="s645_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47C90" w14:textId="77777777" w:rsidR="008F54F7" w:rsidRDefault="00D9149B">
                            <w:r>
                              <w:t>Red = do not release</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BA30" id="s645_24" o:spid="_x0000_s1026" style="position:absolute;left:0;text-align:left;margin-left:48.8pt;margin-top:25.8pt;width:100pt;height:1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" filled="f" stroked="f">
                <v:textbox inset="5pt,3pt,5pt,3pt">
                  <w:txbxContent>
                    <w:p w14:paraId="1E947C90" w14:textId="77777777" w:rsidR="008F54F7" w:rsidRDefault="00D9149B">
                      <w:r>
                        <w:t>Red = do not release</w:t>
                      </w:r>
                    </w:p>
                  </w:txbxContent>
                </v:textbox>
                <w10:wrap anchorx="margin"/>
              </v:rect>
            </w:pict>
          </mc:Fallback>
        </mc:AlternateContent>
      </w:r>
      <w:r>
        <w:rPr>
          <w:noProof/>
        </w:rPr>
        <mc:AlternateContent>
          <mc:Choice Requires="wps">
            <w:drawing>
              <wp:anchor distT="0" distB="0" distL="114300" distR="114300" simplePos="0" relativeHeight="251668480" behindDoc="0" locked="0" layoutInCell="1" allowOverlap="1" wp14:anchorId="630BFEAA" wp14:editId="2F64B7BD">
                <wp:simplePos x="0" y="0"/>
                <wp:positionH relativeFrom="column">
                  <wp:posOffset>8128000</wp:posOffset>
                </wp:positionH>
                <wp:positionV relativeFrom="paragraph">
                  <wp:posOffset>133985</wp:posOffset>
                </wp:positionV>
                <wp:extent cx="1524000" cy="190500"/>
                <wp:effectExtent l="0" t="0" r="3810" b="3175"/>
                <wp:wrapNone/>
                <wp:docPr id="563199979" name="s645_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82808" w14:textId="77777777" w:rsidR="008F54F7" w:rsidRDefault="00D9149B">
                            <w:r>
                              <w:t>Blue = record-type decision</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BFEAA" id="s645_7" o:spid="_x0000_s1027" style="position:absolute;left:0;text-align:left;margin-left:640pt;margin-top:10.55pt;width:120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" filled="f" stroked="f">
                <v:textbox inset="5pt,3pt,5pt,3pt">
                  <w:txbxContent>
                    <w:p w14:paraId="24482808" w14:textId="77777777" w:rsidR="008F54F7" w:rsidRDefault="00D9149B">
                      <w:r>
                        <w:t>Blue = record-type decision</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298B60C4" wp14:editId="7ACBFA43">
                <wp:simplePos x="0" y="0"/>
                <wp:positionH relativeFrom="column">
                  <wp:posOffset>7318375</wp:posOffset>
                </wp:positionH>
                <wp:positionV relativeFrom="paragraph">
                  <wp:posOffset>222885</wp:posOffset>
                </wp:positionV>
                <wp:extent cx="762000" cy="254000"/>
                <wp:effectExtent l="8890" t="9525" r="10160" b="12700"/>
                <wp:wrapNone/>
                <wp:docPr id="183663011" name="s580_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4000"/>
                        </a:xfrm>
                        <a:prstGeom prst="rect">
                          <a:avLst/>
                        </a:prstGeom>
                        <a:solidFill>
                          <a:srgbClr val="EFEFEF"/>
                        </a:solidFill>
                        <a:ln w="9525">
                          <a:solidFill>
                            <a:srgbClr val="7F7F7F"/>
                          </a:solidFill>
                          <a:miter lim="800000"/>
                          <a:headEnd/>
                          <a:tailEnd/>
                        </a:ln>
                      </wps:spPr>
                      <wps:txbx>
                        <w:txbxContent>
                          <w:p w14:paraId="3F75CFB5" w14:textId="77777777" w:rsidR="008F54F7" w:rsidRDefault="00D9149B">
                            <w:pPr>
                              <w:jc w:val="center"/>
                            </w:pPr>
                            <w:r>
                              <w:rPr>
                                <w:b/>
                              </w:rPr>
                              <w:t>Legend</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B60C4" id="s580_8" o:spid="_x0000_s1028" style="position:absolute;left:0;text-align:left;margin-left:576.25pt;margin-top:17.55pt;width:60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" fillcolor="#efefef" strokecolor="#7f7f7f">
                <v:textbox inset="5pt,3pt,5pt,3pt">
                  <w:txbxContent>
                    <w:p w14:paraId="3F75CFB5" w14:textId="77777777" w:rsidR="008F54F7" w:rsidRDefault="00D9149B">
                      <w:pPr>
                        <w:jc w:val="center"/>
                      </w:pPr>
                      <w:r>
                        <w:rPr>
                          <w:b/>
                        </w:rPr>
                        <w:t>Legend</w:t>
                      </w:r>
                    </w:p>
                  </w:txbxContent>
                </v:textbox>
              </v:rect>
            </w:pict>
          </mc:Fallback>
        </mc:AlternateContent>
      </w:r>
      <w:r w:rsidR="00D9149B">
        <w:rPr>
          <w:b/>
          <w:sz w:val="28"/>
        </w:rPr>
        <w:t>FLOCK Records after SB6002 — Editable Flowchart</w:t>
      </w:r>
    </w:p>
    <w:p w14:paraId="62D0D3AA" w14:textId="18B93912" w:rsidR="00A15255" w:rsidRDefault="0089485C">
      <w:pPr>
        <w:rPr>
          <w:i/>
          <w:sz w:val="18"/>
        </w:rPr>
      </w:pPr>
      <w:r>
        <w:rPr>
          <w:noProof/>
        </w:rPr>
        <mc:AlternateContent>
          <mc:Choice Requires="wps">
            <w:drawing>
              <wp:anchor distT="0" distB="0" distL="114300" distR="114300" simplePos="0" relativeHeight="251670528" behindDoc="0" locked="0" layoutInCell="1" allowOverlap="1" wp14:anchorId="4E34BBFF" wp14:editId="562EC88F">
                <wp:simplePos x="0" y="0"/>
                <wp:positionH relativeFrom="column">
                  <wp:posOffset>8138160</wp:posOffset>
                </wp:positionH>
                <wp:positionV relativeFrom="paragraph">
                  <wp:posOffset>132080</wp:posOffset>
                </wp:positionV>
                <wp:extent cx="1714500" cy="228600"/>
                <wp:effectExtent l="0" t="0" r="0" b="0"/>
                <wp:wrapNone/>
                <wp:docPr id="1474593292" name="s645_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C2F92" w14:textId="77777777" w:rsidR="008F54F7" w:rsidRDefault="00D9149B">
                            <w:r>
                              <w:t>Orange = release with conditions</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4BBFF" id="s645_41" o:spid="_x0000_s1029" style="position:absolute;margin-left:640.8pt;margin-top:10.4pt;width:13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" filled="f" stroked="f">
                <v:textbox inset="5pt,3pt,5pt,3pt">
                  <w:txbxContent>
                    <w:p w14:paraId="348C2F92" w14:textId="77777777" w:rsidR="008F54F7" w:rsidRDefault="00D9149B">
                      <w:r>
                        <w:t>Orange = release with conditions</w:t>
                      </w:r>
                    </w:p>
                  </w:txbxContent>
                </v:textbox>
              </v:rect>
            </w:pict>
          </mc:Fallback>
        </mc:AlternateContent>
      </w:r>
      <w:r w:rsidR="00270810">
        <w:rPr>
          <w:noProof/>
        </w:rPr>
        <mc:AlternateContent>
          <mc:Choice Requires="wps">
            <w:drawing>
              <wp:anchor distT="0" distB="0" distL="114300" distR="114300" simplePos="0" relativeHeight="251642880" behindDoc="0" locked="0" layoutInCell="1" allowOverlap="1" wp14:anchorId="220CE1D3" wp14:editId="36638306">
                <wp:simplePos x="0" y="0"/>
                <wp:positionH relativeFrom="column">
                  <wp:posOffset>3600450</wp:posOffset>
                </wp:positionH>
                <wp:positionV relativeFrom="paragraph">
                  <wp:posOffset>20955</wp:posOffset>
                </wp:positionV>
                <wp:extent cx="1524000" cy="234950"/>
                <wp:effectExtent l="0" t="0" r="19050" b="12700"/>
                <wp:wrapNone/>
                <wp:docPr id="309364556" name="s270_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34950"/>
                        </a:xfrm>
                        <a:prstGeom prst="rect">
                          <a:avLst/>
                        </a:prstGeom>
                        <a:solidFill>
                          <a:srgbClr val="D9EAF7"/>
                        </a:solidFill>
                        <a:ln w="9525">
                          <a:solidFill>
                            <a:srgbClr val="5B9BD5"/>
                          </a:solidFill>
                          <a:miter lim="800000"/>
                          <a:headEnd/>
                          <a:tailEnd/>
                        </a:ln>
                      </wps:spPr>
                      <wps:txbx>
                        <w:txbxContent>
                          <w:p w14:paraId="48A09B1E" w14:textId="77777777" w:rsidR="008F54F7" w:rsidRDefault="00D9149B">
                            <w:pPr>
                              <w:jc w:val="center"/>
                            </w:pPr>
                            <w:r>
                              <w:rPr>
                                <w:b/>
                              </w:rPr>
                              <w:t>Start</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CE1D3" id="s270_12" o:spid="_x0000_s1030" style="position:absolute;margin-left:283.5pt;margin-top:1.65pt;width:120pt;height:1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" fillcolor="#d9eaf7" strokecolor="#5b9bd5">
                <v:textbox inset="5pt,3pt,5pt,3pt">
                  <w:txbxContent>
                    <w:p w14:paraId="48A09B1E" w14:textId="77777777" w:rsidR="008F54F7" w:rsidRDefault="00D9149B">
                      <w:pPr>
                        <w:jc w:val="center"/>
                      </w:pPr>
                      <w:r>
                        <w:rPr>
                          <w:b/>
                        </w:rPr>
                        <w:t>Start</w:t>
                      </w:r>
                    </w:p>
                  </w:txbxContent>
                </v:textbox>
              </v:rect>
            </w:pict>
          </mc:Fallback>
        </mc:AlternateContent>
      </w:r>
    </w:p>
    <w:p w14:paraId="6FAE0C14" w14:textId="1BA7F39F" w:rsidR="008F54F7" w:rsidRDefault="00B174C2">
      <w:r>
        <w:rPr>
          <w:noProof/>
        </w:rPr>
        <mc:AlternateContent>
          <mc:Choice Requires="wps">
            <w:drawing>
              <wp:anchor distT="0" distB="0" distL="114300" distR="114300" simplePos="0" relativeHeight="251674624" behindDoc="0" locked="0" layoutInCell="1" allowOverlap="1" wp14:anchorId="465F5577" wp14:editId="6F169107">
                <wp:simplePos x="0" y="0"/>
                <wp:positionH relativeFrom="margin">
                  <wp:posOffset>280035</wp:posOffset>
                </wp:positionH>
                <wp:positionV relativeFrom="paragraph">
                  <wp:posOffset>273050</wp:posOffset>
                </wp:positionV>
                <wp:extent cx="2400300" cy="1019175"/>
                <wp:effectExtent l="0" t="0" r="19050" b="28575"/>
                <wp:wrapNone/>
                <wp:docPr id="2094015738" name="s20_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019175"/>
                        </a:xfrm>
                        <a:prstGeom prst="rect">
                          <a:avLst/>
                        </a:prstGeom>
                        <a:solidFill>
                          <a:srgbClr val="D9EAF7"/>
                        </a:solidFill>
                        <a:ln w="9525">
                          <a:solidFill>
                            <a:srgbClr val="5B9BD5"/>
                          </a:solidFill>
                          <a:miter lim="800000"/>
                          <a:headEnd/>
                          <a:tailEnd/>
                        </a:ln>
                      </wps:spPr>
                      <wps:txbx>
                        <w:txbxContent>
                          <w:p w14:paraId="5D4B96C6" w14:textId="4FC6A810" w:rsidR="00270810" w:rsidRPr="00270810" w:rsidRDefault="00270810" w:rsidP="00270810">
                            <w:pPr>
                              <w:jc w:val="center"/>
                              <w:rPr>
                                <w:b/>
                              </w:rPr>
                            </w:pPr>
                            <w:r>
                              <w:rPr>
                                <w:b/>
                              </w:rPr>
                              <w:t>ALPR Data</w:t>
                            </w:r>
                            <w:r w:rsidR="00B174C2">
                              <w:t xml:space="preserve"> means all data collected by automated license plate reader systems including, but not limited to, global positioning system coordinates, location, date and time, speed of travel, photograph, license plate number, automobile characteristics, or other identifying information.</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F5577" id="s20_118" o:spid="_x0000_s1031" style="position:absolute;margin-left:22.05pt;margin-top:21.5pt;width:189pt;height:80.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" fillcolor="#d9eaf7" strokecolor="#5b9bd5">
                <v:textbox inset="5pt,3pt,5pt,3pt">
                  <w:txbxContent>
                    <w:p w14:paraId="5D4B96C6" w14:textId="4FC6A810" w:rsidR="00270810" w:rsidRPr="00270810" w:rsidRDefault="00270810" w:rsidP="00270810">
                      <w:pPr>
                        <w:jc w:val="center"/>
                        <w:rPr>
                          <w:b/>
                        </w:rPr>
                      </w:pPr>
                      <w:r>
                        <w:rPr>
                          <w:b/>
                        </w:rPr>
                        <w:t>ALPR Data</w:t>
                      </w:r>
                      <w:r w:rsidR="00B174C2">
                        <w:t xml:space="preserve"> means all data collected by automated license plate reader systems including, but not limited to, global positioning system coordinates, location, date and time, speed of travel, photograph, license plate number, automobile characteristics, or other identifying information.</w:t>
                      </w:r>
                    </w:p>
                  </w:txbxContent>
                </v:textbox>
                <w10:wrap anchorx="margin"/>
              </v:rect>
            </w:pict>
          </mc:Fallback>
        </mc:AlternateContent>
      </w:r>
      <w:r w:rsidR="00C306CD">
        <w:rPr>
          <w:noProof/>
        </w:rPr>
        <mc:AlternateContent>
          <mc:Choice Requires="wps">
            <w:drawing>
              <wp:anchor distT="0" distB="0" distL="114300" distR="114300" simplePos="0" relativeHeight="251672576" behindDoc="0" locked="0" layoutInCell="1" allowOverlap="1" wp14:anchorId="6D000BCA" wp14:editId="4B90CA7D">
                <wp:simplePos x="0" y="0"/>
                <wp:positionH relativeFrom="column">
                  <wp:posOffset>8153400</wp:posOffset>
                </wp:positionH>
                <wp:positionV relativeFrom="paragraph">
                  <wp:posOffset>215900</wp:posOffset>
                </wp:positionV>
                <wp:extent cx="1460500" cy="190500"/>
                <wp:effectExtent l="0" t="3175" r="635" b="0"/>
                <wp:wrapNone/>
                <wp:docPr id="1236066289" name="s645_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A3025" w14:textId="77777777" w:rsidR="008F54F7" w:rsidRDefault="00D9149B">
                            <w:r>
                              <w:t>Yellow = researcher check</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00BCA" id="s645_75" o:spid="_x0000_s1032" style="position:absolute;margin-left:642pt;margin-top:17pt;width:11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" filled="f" stroked="f">
                <v:textbox inset="5pt,3pt,5pt,3pt">
                  <w:txbxContent>
                    <w:p w14:paraId="781A3025" w14:textId="77777777" w:rsidR="008F54F7" w:rsidRDefault="00D9149B">
                      <w:r>
                        <w:t>Yellow = researcher check</w:t>
                      </w:r>
                    </w:p>
                  </w:txbxContent>
                </v:textbox>
              </v:rect>
            </w:pict>
          </mc:Fallback>
        </mc:AlternateContent>
      </w:r>
      <w:r w:rsidR="00C306CD">
        <w:rPr>
          <w:noProof/>
        </w:rPr>
        <mc:AlternateContent>
          <mc:Choice Requires="wps">
            <w:drawing>
              <wp:anchor distT="0" distB="0" distL="114300" distR="114300" simplePos="0" relativeHeight="251671552" behindDoc="0" locked="0" layoutInCell="1" allowOverlap="1" wp14:anchorId="581D0971" wp14:editId="47B70F17">
                <wp:simplePos x="0" y="0"/>
                <wp:positionH relativeFrom="column">
                  <wp:posOffset>8153400</wp:posOffset>
                </wp:positionH>
                <wp:positionV relativeFrom="paragraph">
                  <wp:posOffset>22225</wp:posOffset>
                </wp:positionV>
                <wp:extent cx="1016000" cy="190500"/>
                <wp:effectExtent l="0" t="0" r="0" b="3175"/>
                <wp:wrapNone/>
                <wp:docPr id="1428376369" name="s645_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CC541" w14:textId="77777777" w:rsidR="008F54F7" w:rsidRDefault="00D9149B">
                            <w:r>
                              <w:t>Green = release</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D0971" id="s645_58" o:spid="_x0000_s1033" style="position:absolute;margin-left:642pt;margin-top:1.75pt;width:80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" filled="f" stroked="f">
                <v:textbox inset="5pt,3pt,5pt,3pt">
                  <w:txbxContent>
                    <w:p w14:paraId="6FECC541" w14:textId="77777777" w:rsidR="008F54F7" w:rsidRDefault="00D9149B">
                      <w:r>
                        <w:t>Green = release</w:t>
                      </w:r>
                    </w:p>
                  </w:txbxContent>
                </v:textbox>
              </v:rect>
            </w:pict>
          </mc:Fallback>
        </mc:AlternateContent>
      </w:r>
      <w:r w:rsidR="00270810">
        <w:rPr>
          <w:noProof/>
        </w:rPr>
        <mc:AlternateContent>
          <mc:Choice Requires="wps">
            <w:drawing>
              <wp:anchor distT="0" distB="0" distL="114300" distR="114300" simplePos="0" relativeHeight="251644928" behindDoc="0" locked="0" layoutInCell="1" allowOverlap="1" wp14:anchorId="2FCCE5E8" wp14:editId="72F6D684">
                <wp:simplePos x="0" y="0"/>
                <wp:positionH relativeFrom="column">
                  <wp:posOffset>3261360</wp:posOffset>
                </wp:positionH>
                <wp:positionV relativeFrom="paragraph">
                  <wp:posOffset>215900</wp:posOffset>
                </wp:positionV>
                <wp:extent cx="2286000" cy="466725"/>
                <wp:effectExtent l="0" t="0" r="19050" b="28575"/>
                <wp:wrapNone/>
                <wp:docPr id="2059994414" name="s240_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66725"/>
                        </a:xfrm>
                        <a:prstGeom prst="rect">
                          <a:avLst/>
                        </a:prstGeom>
                        <a:solidFill>
                          <a:srgbClr val="D9EAF7"/>
                        </a:solidFill>
                        <a:ln w="9525">
                          <a:solidFill>
                            <a:srgbClr val="5B9BD5"/>
                          </a:solidFill>
                          <a:miter lim="800000"/>
                          <a:headEnd/>
                          <a:tailEnd/>
                        </a:ln>
                      </wps:spPr>
                      <wps:txbx>
                        <w:txbxContent>
                          <w:p w14:paraId="20504914" w14:textId="77777777" w:rsidR="008F54F7" w:rsidRDefault="00D9149B">
                            <w:pPr>
                              <w:jc w:val="center"/>
                            </w:pPr>
                            <w:r>
                              <w:rPr>
                                <w:b/>
                              </w:rPr>
                              <w:t>Identify requested</w:t>
                            </w:r>
                          </w:p>
                          <w:p w14:paraId="43103EC9" w14:textId="77777777" w:rsidR="008F54F7" w:rsidRDefault="00D9149B">
                            <w:pPr>
                              <w:jc w:val="center"/>
                            </w:pPr>
                            <w:r>
                              <w:rPr>
                                <w:b/>
                              </w:rPr>
                              <w:t>FLOCK record type</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CE5E8" id="s240_58" o:spid="_x0000_s1034" style="position:absolute;margin-left:256.8pt;margin-top:17pt;width:180pt;height:3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" fillcolor="#d9eaf7" strokecolor="#5b9bd5">
                <v:textbox inset="5pt,3pt,5pt,3pt">
                  <w:txbxContent>
                    <w:p w14:paraId="20504914" w14:textId="77777777" w:rsidR="008F54F7" w:rsidRDefault="00D9149B">
                      <w:pPr>
                        <w:jc w:val="center"/>
                      </w:pPr>
                      <w:r>
                        <w:rPr>
                          <w:b/>
                        </w:rPr>
                        <w:t>Identify requested</w:t>
                      </w:r>
                    </w:p>
                    <w:p w14:paraId="43103EC9" w14:textId="77777777" w:rsidR="008F54F7" w:rsidRDefault="00D9149B">
                      <w:pPr>
                        <w:jc w:val="center"/>
                      </w:pPr>
                      <w:r>
                        <w:rPr>
                          <w:b/>
                        </w:rPr>
                        <w:t>FLOCK record type</w:t>
                      </w:r>
                    </w:p>
                  </w:txbxContent>
                </v:textbox>
              </v:rect>
            </w:pict>
          </mc:Fallback>
        </mc:AlternateContent>
      </w:r>
      <w:r w:rsidR="00270810">
        <w:rPr>
          <w:noProof/>
        </w:rPr>
        <mc:AlternateContent>
          <mc:Choice Requires="wps">
            <w:drawing>
              <wp:anchor distT="0" distB="0" distL="114300" distR="114300" simplePos="0" relativeHeight="251643904" behindDoc="0" locked="0" layoutInCell="1" allowOverlap="1" wp14:anchorId="63402B60" wp14:editId="5A20E458">
                <wp:simplePos x="0" y="0"/>
                <wp:positionH relativeFrom="column">
                  <wp:posOffset>4273550</wp:posOffset>
                </wp:positionH>
                <wp:positionV relativeFrom="paragraph">
                  <wp:posOffset>12700</wp:posOffset>
                </wp:positionV>
                <wp:extent cx="228600" cy="228600"/>
                <wp:effectExtent l="2540" t="3175" r="0" b="0"/>
                <wp:wrapNone/>
                <wp:docPr id="1372233035" name="s323_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D901C" w14:textId="77777777" w:rsidR="008F54F7" w:rsidRDefault="00D9149B">
                            <w:pPr>
                              <w:jc w:val="center"/>
                            </w:pPr>
                            <w:r>
                              <w:rPr>
                                <w:b/>
                              </w:rPr>
                              <w:t>↓</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2B60" id="s323_42" o:spid="_x0000_s1035" style="position:absolute;margin-left:336.5pt;margin-top:1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" filled="f" stroked="f">
                <v:textbox inset="5pt,3pt,5pt,3pt">
                  <w:txbxContent>
                    <w:p w14:paraId="40FD901C" w14:textId="77777777" w:rsidR="008F54F7" w:rsidRDefault="00D9149B">
                      <w:pPr>
                        <w:jc w:val="center"/>
                      </w:pPr>
                      <w:r>
                        <w:rPr>
                          <w:b/>
                        </w:rPr>
                        <w:t>↓</w:t>
                      </w:r>
                    </w:p>
                  </w:txbxContent>
                </v:textbox>
              </v:rect>
            </w:pict>
          </mc:Fallback>
        </mc:AlternateContent>
      </w:r>
      <w:r w:rsidR="006C352A">
        <w:rPr>
          <w:noProof/>
        </w:rPr>
        <mc:AlternateContent>
          <mc:Choice Requires="wps">
            <w:drawing>
              <wp:anchor distT="0" distB="0" distL="114300" distR="114300" simplePos="0" relativeHeight="251655168" behindDoc="0" locked="0" layoutInCell="1" allowOverlap="1" wp14:anchorId="052766BC" wp14:editId="4F6AB19A">
                <wp:simplePos x="0" y="0"/>
                <wp:positionH relativeFrom="column">
                  <wp:posOffset>2667000</wp:posOffset>
                </wp:positionH>
                <wp:positionV relativeFrom="paragraph">
                  <wp:posOffset>1752600</wp:posOffset>
                </wp:positionV>
                <wp:extent cx="508000" cy="203200"/>
                <wp:effectExtent l="0" t="3175" r="635" b="3175"/>
                <wp:wrapNone/>
                <wp:docPr id="645437712" name="s210_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F0EEF" w14:textId="77777777" w:rsidR="008F54F7" w:rsidRDefault="00D9149B">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766BC" id="s210_138" o:spid="_x0000_s1036" style="position:absolute;margin-left:210pt;margin-top:138pt;width:40pt;height: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" filled="f" stroked="f">
                <v:textbox inset="5pt,3pt,5pt,3pt">
                  <w:txbxContent>
                    <w:p w14:paraId="58EF0EEF" w14:textId="77777777" w:rsidR="008F54F7" w:rsidRDefault="00D9149B">
                      <w:pPr>
                        <w:jc w:val="center"/>
                      </w:pPr>
                      <w:r>
                        <w:t>Yes →</w:t>
                      </w:r>
                    </w:p>
                  </w:txbxContent>
                </v:textbox>
              </v:rect>
            </w:pict>
          </mc:Fallback>
        </mc:AlternateContent>
      </w:r>
      <w:r w:rsidR="006C352A">
        <w:rPr>
          <w:noProof/>
        </w:rPr>
        <mc:AlternateContent>
          <mc:Choice Requires="wps">
            <w:drawing>
              <wp:anchor distT="0" distB="0" distL="114300" distR="114300" simplePos="0" relativeHeight="251656192" behindDoc="0" locked="0" layoutInCell="1" allowOverlap="1" wp14:anchorId="539CECF3" wp14:editId="50E2D8FC">
                <wp:simplePos x="0" y="0"/>
                <wp:positionH relativeFrom="column">
                  <wp:posOffset>3200400</wp:posOffset>
                </wp:positionH>
                <wp:positionV relativeFrom="paragraph">
                  <wp:posOffset>1549400</wp:posOffset>
                </wp:positionV>
                <wp:extent cx="2667000" cy="533400"/>
                <wp:effectExtent l="5715" t="9525" r="13335" b="9525"/>
                <wp:wrapNone/>
                <wp:docPr id="136062476" name="s252_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533400"/>
                        </a:xfrm>
                        <a:prstGeom prst="rect">
                          <a:avLst/>
                        </a:prstGeom>
                        <a:solidFill>
                          <a:srgbClr val="FDE9E7"/>
                        </a:solidFill>
                        <a:ln w="9525">
                          <a:solidFill>
                            <a:srgbClr val="C0504D"/>
                          </a:solidFill>
                          <a:miter lim="800000"/>
                          <a:headEnd/>
                          <a:tailEnd/>
                        </a:ln>
                      </wps:spPr>
                      <wps:txbx>
                        <w:txbxContent>
                          <w:p w14:paraId="7B904377" w14:textId="1A58FCD7" w:rsidR="008F54F7" w:rsidRDefault="00D9149B">
                            <w:pPr>
                              <w:jc w:val="center"/>
                            </w:pPr>
                            <w:r>
                              <w:rPr>
                                <w:b/>
                              </w:rPr>
                              <w:t>Do Not Release</w:t>
                            </w:r>
                            <w:r w:rsidR="00CE3C5E">
                              <w:rPr>
                                <w:b/>
                              </w:rPr>
                              <w:t>- Exempt</w:t>
                            </w:r>
                          </w:p>
                          <w:p w14:paraId="68792490" w14:textId="77777777" w:rsidR="008F54F7" w:rsidRDefault="00D9149B">
                            <w:pPr>
                              <w:jc w:val="center"/>
                            </w:pPr>
                            <w:r>
                              <w:rPr>
                                <w:b/>
                              </w:rPr>
                              <w:t>Court order / warrant / subpoena required.</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CECF3" id="s252_122" o:spid="_x0000_s1037" style="position:absolute;margin-left:252pt;margin-top:122pt;width:210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" fillcolor="#fde9e7" strokecolor="#c0504d">
                <v:textbox inset="5pt,3pt,5pt,3pt">
                  <w:txbxContent>
                    <w:p w14:paraId="7B904377" w14:textId="1A58FCD7" w:rsidR="008F54F7" w:rsidRDefault="00D9149B">
                      <w:pPr>
                        <w:jc w:val="center"/>
                      </w:pPr>
                      <w:r>
                        <w:rPr>
                          <w:b/>
                        </w:rPr>
                        <w:t>Do Not Release</w:t>
                      </w:r>
                      <w:r w:rsidR="00CE3C5E">
                        <w:rPr>
                          <w:b/>
                        </w:rPr>
                        <w:t>- Exempt</w:t>
                      </w:r>
                    </w:p>
                    <w:p w14:paraId="68792490" w14:textId="77777777" w:rsidR="008F54F7" w:rsidRDefault="00D9149B">
                      <w:pPr>
                        <w:jc w:val="center"/>
                      </w:pPr>
                      <w:r>
                        <w:rPr>
                          <w:b/>
                        </w:rPr>
                        <w:t>Court order / warrant / subpoena required.</w:t>
                      </w:r>
                    </w:p>
                  </w:txbxContent>
                </v:textbox>
              </v:rect>
            </w:pict>
          </mc:Fallback>
        </mc:AlternateContent>
      </w:r>
    </w:p>
    <w:p w14:paraId="03125088" w14:textId="2CBA8AF8" w:rsidR="008F54F7" w:rsidRDefault="008F54F7"/>
    <w:p w14:paraId="70A82F38" w14:textId="51E5F5B8" w:rsidR="008F54F7" w:rsidRDefault="008F54F7"/>
    <w:p w14:paraId="7F2871ED" w14:textId="6CD3FD43" w:rsidR="008F54F7" w:rsidRDefault="0089485C">
      <w:r>
        <w:rPr>
          <w:noProof/>
        </w:rPr>
        <mc:AlternateContent>
          <mc:Choice Requires="wps">
            <w:drawing>
              <wp:anchor distT="0" distB="0" distL="114300" distR="114300" simplePos="0" relativeHeight="251686912" behindDoc="0" locked="0" layoutInCell="1" allowOverlap="1" wp14:anchorId="5C2E7AD1" wp14:editId="4D7EEEA2">
                <wp:simplePos x="0" y="0"/>
                <wp:positionH relativeFrom="column">
                  <wp:posOffset>5057775</wp:posOffset>
                </wp:positionH>
                <wp:positionV relativeFrom="paragraph">
                  <wp:posOffset>14605</wp:posOffset>
                </wp:positionV>
                <wp:extent cx="1473200" cy="269875"/>
                <wp:effectExtent l="12065" t="6350" r="10160" b="9525"/>
                <wp:wrapNone/>
                <wp:docPr id="1575898081" name="s390_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0" cy="269875"/>
                        </a:xfrm>
                        <a:prstGeom prst="rect">
                          <a:avLst/>
                        </a:prstGeom>
                        <a:solidFill>
                          <a:srgbClr val="FDE9E7"/>
                        </a:solidFill>
                        <a:ln w="9525">
                          <a:solidFill>
                            <a:srgbClr val="C0504D"/>
                          </a:solidFill>
                          <a:miter lim="800000"/>
                          <a:headEnd/>
                          <a:tailEnd/>
                        </a:ln>
                      </wps:spPr>
                      <wps:txbx>
                        <w:txbxContent>
                          <w:p w14:paraId="17845DC5" w14:textId="1A9DD773" w:rsidR="0089485C" w:rsidRDefault="0089485C" w:rsidP="0089485C">
                            <w:pPr>
                              <w:jc w:val="center"/>
                            </w:pPr>
                            <w:r>
                              <w:rPr>
                                <w:b/>
                              </w:rPr>
                              <w:t>Do Not Release</w:t>
                            </w:r>
                            <w:r w:rsidR="00CE3C5E">
                              <w:rPr>
                                <w:b/>
                              </w:rPr>
                              <w:t>/ Exempt</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E7AD1" id="s390_198" o:spid="_x0000_s1038" style="position:absolute;margin-left:398.25pt;margin-top:1.15pt;width:116pt;height:2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" fillcolor="#fde9e7" strokecolor="#c0504d">
                <v:textbox inset="5pt,3pt,5pt,3pt">
                  <w:txbxContent>
                    <w:p w14:paraId="17845DC5" w14:textId="1A9DD773" w:rsidR="0089485C" w:rsidRDefault="0089485C" w:rsidP="0089485C">
                      <w:pPr>
                        <w:jc w:val="center"/>
                      </w:pPr>
                      <w:r>
                        <w:rPr>
                          <w:b/>
                        </w:rPr>
                        <w:t>Do Not Release</w:t>
                      </w:r>
                      <w:r w:rsidR="00CE3C5E">
                        <w:rPr>
                          <w:b/>
                        </w:rPr>
                        <w:t>/ Exempt</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1799DF92" wp14:editId="4286BC88">
                <wp:simplePos x="0" y="0"/>
                <wp:positionH relativeFrom="column">
                  <wp:posOffset>4572635</wp:posOffset>
                </wp:positionH>
                <wp:positionV relativeFrom="paragraph">
                  <wp:posOffset>14605</wp:posOffset>
                </wp:positionV>
                <wp:extent cx="533400" cy="203200"/>
                <wp:effectExtent l="2540" t="3175" r="0" b="3175"/>
                <wp:wrapNone/>
                <wp:docPr id="537714449" name="s95_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DB94" w14:textId="722E4594" w:rsidR="0089485C" w:rsidRDefault="0089485C" w:rsidP="0089485C">
                            <w:pPr>
                              <w:jc w:val="center"/>
                            </w:pPr>
                            <w:r>
                              <w:t xml:space="preserve">No →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9DF92" id="s95_321" o:spid="_x0000_s1039" style="position:absolute;margin-left:360.05pt;margin-top:1.15pt;width:42pt;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" filled="f" stroked="f">
                <v:textbox inset="5pt,3pt,5pt,3pt">
                  <w:txbxContent>
                    <w:p w14:paraId="67DFDB94" w14:textId="722E4594" w:rsidR="0089485C" w:rsidRDefault="0089485C" w:rsidP="0089485C">
                      <w:pPr>
                        <w:jc w:val="center"/>
                      </w:pPr>
                      <w:r>
                        <w:t xml:space="preserve">No → </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68BF7CBE" wp14:editId="19128ED6">
                <wp:simplePos x="0" y="0"/>
                <wp:positionH relativeFrom="margin">
                  <wp:posOffset>3213735</wp:posOffset>
                </wp:positionH>
                <wp:positionV relativeFrom="paragraph">
                  <wp:posOffset>142241</wp:posOffset>
                </wp:positionV>
                <wp:extent cx="1295400" cy="304800"/>
                <wp:effectExtent l="0" t="0" r="19050" b="19050"/>
                <wp:wrapNone/>
                <wp:docPr id="1974687170" name="s252_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rect">
                          <a:avLst/>
                        </a:prstGeom>
                        <a:solidFill>
                          <a:srgbClr val="FFF2CC"/>
                        </a:solidFill>
                        <a:ln w="9525">
                          <a:solidFill>
                            <a:srgbClr val="C9A227"/>
                          </a:solidFill>
                          <a:miter lim="800000"/>
                          <a:headEnd/>
                          <a:tailEnd/>
                        </a:ln>
                      </wps:spPr>
                      <wps:txbx>
                        <w:txbxContent>
                          <w:p w14:paraId="02D3C1B4" w14:textId="7EDD1CB7" w:rsidR="0089485C" w:rsidRDefault="0089485C" w:rsidP="0089485C">
                            <w:pPr>
                              <w:jc w:val="center"/>
                            </w:pPr>
                            <w:r>
                              <w:rPr>
                                <w:b/>
                              </w:rPr>
                              <w:t>Bona fide</w:t>
                            </w:r>
                            <w:r>
                              <w:t xml:space="preserve"> </w:t>
                            </w:r>
                            <w:r>
                              <w:rPr>
                                <w:b/>
                              </w:rPr>
                              <w:t>researcher?</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F7CBE" id="s252_202" o:spid="_x0000_s1040" style="position:absolute;margin-left:253.05pt;margin-top:11.2pt;width:102pt;height:2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" fillcolor="#fff2cc" strokecolor="#c9a227">
                <v:textbox inset="5pt,3pt,5pt,3pt">
                  <w:txbxContent>
                    <w:p w14:paraId="02D3C1B4" w14:textId="7EDD1CB7" w:rsidR="0089485C" w:rsidRDefault="0089485C" w:rsidP="0089485C">
                      <w:pPr>
                        <w:jc w:val="center"/>
                      </w:pPr>
                      <w:r>
                        <w:rPr>
                          <w:b/>
                        </w:rPr>
                        <w:t>Bona fide</w:t>
                      </w:r>
                      <w:r>
                        <w:t xml:space="preserve"> </w:t>
                      </w:r>
                      <w:r>
                        <w:rPr>
                          <w:b/>
                        </w:rPr>
                        <w:t>researcher?</w:t>
                      </w:r>
                    </w:p>
                  </w:txbxContent>
                </v:textbox>
                <w10:wrap anchorx="margin"/>
              </v:rect>
            </w:pict>
          </mc:Fallback>
        </mc:AlternateContent>
      </w:r>
      <w:r w:rsidR="00817975">
        <w:rPr>
          <w:noProof/>
        </w:rPr>
        <mc:AlternateContent>
          <mc:Choice Requires="wps">
            <w:drawing>
              <wp:anchor distT="0" distB="0" distL="114300" distR="114300" simplePos="0" relativeHeight="251678720" behindDoc="0" locked="0" layoutInCell="1" allowOverlap="1" wp14:anchorId="3CF55EDE" wp14:editId="131E9511">
                <wp:simplePos x="0" y="0"/>
                <wp:positionH relativeFrom="column">
                  <wp:posOffset>2705100</wp:posOffset>
                </wp:positionH>
                <wp:positionV relativeFrom="paragraph">
                  <wp:posOffset>212090</wp:posOffset>
                </wp:positionV>
                <wp:extent cx="508000" cy="203200"/>
                <wp:effectExtent l="0" t="3175" r="635" b="3175"/>
                <wp:wrapNone/>
                <wp:docPr id="1561369390" name="s210_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375D7" w14:textId="77777777" w:rsidR="00817975" w:rsidRDefault="00817975" w:rsidP="00817975">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55EDE" id="_x0000_s1041" style="position:absolute;margin-left:213pt;margin-top:16.7pt;width:40pt;height: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" filled="f" stroked="f">
                <v:textbox inset="5pt,3pt,5pt,3pt">
                  <w:txbxContent>
                    <w:p w14:paraId="4C7375D7" w14:textId="77777777" w:rsidR="00817975" w:rsidRDefault="00817975" w:rsidP="00817975">
                      <w:pPr>
                        <w:jc w:val="center"/>
                      </w:pPr>
                      <w:r>
                        <w:t>Yes →</w:t>
                      </w:r>
                    </w:p>
                  </w:txbxContent>
                </v:textbox>
              </v:rect>
            </w:pict>
          </mc:Fallback>
        </mc:AlternateContent>
      </w:r>
    </w:p>
    <w:p w14:paraId="4DA7884F" w14:textId="46DB45AA" w:rsidR="008F54F7" w:rsidRDefault="0089485C">
      <w:r>
        <w:rPr>
          <w:noProof/>
        </w:rPr>
        <mc:AlternateContent>
          <mc:Choice Requires="wps">
            <w:drawing>
              <wp:anchor distT="0" distB="0" distL="114300" distR="114300" simplePos="0" relativeHeight="251688960" behindDoc="0" locked="0" layoutInCell="1" allowOverlap="1" wp14:anchorId="6614E8E2" wp14:editId="01219720">
                <wp:simplePos x="0" y="0"/>
                <wp:positionH relativeFrom="margin">
                  <wp:align>right</wp:align>
                </wp:positionH>
                <wp:positionV relativeFrom="paragraph">
                  <wp:posOffset>73660</wp:posOffset>
                </wp:positionV>
                <wp:extent cx="2781300" cy="1123950"/>
                <wp:effectExtent l="0" t="0" r="19050" b="19050"/>
                <wp:wrapNone/>
                <wp:docPr id="1893631092" name="s518_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123950"/>
                        </a:xfrm>
                        <a:prstGeom prst="rect">
                          <a:avLst/>
                        </a:prstGeom>
                        <a:solidFill>
                          <a:srgbClr val="FCE4D6"/>
                        </a:solidFill>
                        <a:ln w="9525">
                          <a:solidFill>
                            <a:srgbClr val="ED7D31"/>
                          </a:solidFill>
                          <a:miter lim="800000"/>
                          <a:headEnd/>
                          <a:tailEnd/>
                        </a:ln>
                      </wps:spPr>
                      <wps:txbx>
                        <w:txbxContent>
                          <w:p w14:paraId="4E8F01F5" w14:textId="77777777" w:rsidR="0089485C" w:rsidRDefault="0089485C" w:rsidP="0089485C">
                            <w:pPr>
                              <w:jc w:val="center"/>
                            </w:pPr>
                            <w:r>
                              <w:t>Release in native format (not PDF) only after redactions:</w:t>
                            </w:r>
                          </w:p>
                          <w:p w14:paraId="075DAB9D" w14:textId="77777777" w:rsidR="00F53160" w:rsidRDefault="00F53160" w:rsidP="00F53160">
                            <w:pPr>
                              <w:jc w:val="center"/>
                            </w:pPr>
                            <w:r>
                              <w:t xml:space="preserve">remove identifiers (plate, case number, partial plate, unique identifiable information). </w:t>
                            </w:r>
                          </w:p>
                          <w:p w14:paraId="6E753A2E" w14:textId="77777777" w:rsidR="0089485C" w:rsidRDefault="0089485C" w:rsidP="0089485C">
                            <w:pPr>
                              <w:jc w:val="center"/>
                            </w:pPr>
                            <w:r>
                              <w:t>Exempt open investigations.</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4E8E2" id="s518_186" o:spid="_x0000_s1042" style="position:absolute;margin-left:167.8pt;margin-top:5.8pt;width:219pt;height:88.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" fillcolor="#fce4d6" strokecolor="#ed7d31">
                <v:textbox inset="5pt,3pt,5pt,3pt">
                  <w:txbxContent>
                    <w:p w14:paraId="4E8F01F5" w14:textId="77777777" w:rsidR="0089485C" w:rsidRDefault="0089485C" w:rsidP="0089485C">
                      <w:pPr>
                        <w:jc w:val="center"/>
                      </w:pPr>
                      <w:r>
                        <w:t>Release in native format (not PDF) only after redactions:</w:t>
                      </w:r>
                    </w:p>
                    <w:p w14:paraId="075DAB9D" w14:textId="77777777" w:rsidR="00F53160" w:rsidRDefault="00F53160" w:rsidP="00F53160">
                      <w:pPr>
                        <w:jc w:val="center"/>
                      </w:pPr>
                      <w:r>
                        <w:t xml:space="preserve">remove identifiers (plate, case number, partial plate, unique identifiable information). </w:t>
                      </w:r>
                    </w:p>
                    <w:p w14:paraId="6E753A2E" w14:textId="77777777" w:rsidR="0089485C" w:rsidRDefault="0089485C" w:rsidP="0089485C">
                      <w:pPr>
                        <w:jc w:val="center"/>
                      </w:pPr>
                      <w:r>
                        <w:t>Exempt open investigations.</w:t>
                      </w:r>
                    </w:p>
                  </w:txbxContent>
                </v:textbox>
                <w10:wrap anchorx="margin"/>
              </v:rect>
            </w:pict>
          </mc:Fallback>
        </mc:AlternateContent>
      </w:r>
      <w:r>
        <w:rPr>
          <w:noProof/>
        </w:rPr>
        <mc:AlternateContent>
          <mc:Choice Requires="wps">
            <w:drawing>
              <wp:anchor distT="0" distB="0" distL="114300" distR="114300" simplePos="0" relativeHeight="251682816" behindDoc="0" locked="0" layoutInCell="1" allowOverlap="1" wp14:anchorId="633E84B4" wp14:editId="62BFF258">
                <wp:simplePos x="0" y="0"/>
                <wp:positionH relativeFrom="column">
                  <wp:posOffset>4632960</wp:posOffset>
                </wp:positionH>
                <wp:positionV relativeFrom="paragraph">
                  <wp:posOffset>86359</wp:posOffset>
                </wp:positionV>
                <wp:extent cx="2038350" cy="282575"/>
                <wp:effectExtent l="0" t="0" r="0" b="3175"/>
                <wp:wrapNone/>
                <wp:docPr id="191830345" name="s210_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53B35" w14:textId="08E5033D" w:rsidR="0089485C" w:rsidRDefault="0089485C" w:rsidP="0089485C">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E84B4" id="_x0000_s1043" style="position:absolute;margin-left:364.8pt;margin-top:6.8pt;width:160.5pt;height:2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" filled="f" stroked="f">
                <v:textbox inset="5pt,3pt,5pt,3pt">
                  <w:txbxContent>
                    <w:p w14:paraId="36D53B35" w14:textId="08E5033D" w:rsidR="0089485C" w:rsidRDefault="0089485C" w:rsidP="0089485C">
                      <w:pPr>
                        <w:jc w:val="center"/>
                      </w:pPr>
                      <w:r>
                        <w:t>Yes ------------------------------------------------→</w:t>
                      </w:r>
                    </w:p>
                  </w:txbxContent>
                </v:textbox>
              </v:rect>
            </w:pict>
          </mc:Fallback>
        </mc:AlternateContent>
      </w:r>
      <w:r w:rsidR="00817975">
        <w:rPr>
          <w:noProof/>
        </w:rPr>
        <mc:AlternateContent>
          <mc:Choice Requires="wps">
            <w:drawing>
              <wp:anchor distT="0" distB="0" distL="114300" distR="114300" simplePos="0" relativeHeight="251676672" behindDoc="0" locked="0" layoutInCell="1" allowOverlap="1" wp14:anchorId="0972CD29" wp14:editId="5C49298A">
                <wp:simplePos x="0" y="0"/>
                <wp:positionH relativeFrom="column">
                  <wp:posOffset>1257300</wp:posOffset>
                </wp:positionH>
                <wp:positionV relativeFrom="paragraph">
                  <wp:posOffset>180975</wp:posOffset>
                </wp:positionV>
                <wp:extent cx="533400" cy="203200"/>
                <wp:effectExtent l="2540" t="0" r="0" b="0"/>
                <wp:wrapNone/>
                <wp:docPr id="1646252812" name="s95_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858AF" w14:textId="77777777" w:rsidR="00817975" w:rsidRDefault="00817975" w:rsidP="00817975">
                            <w:pPr>
                              <w:jc w:val="center"/>
                            </w:pPr>
                            <w:r>
                              <w:t>No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2CD29" id="s95_179" o:spid="_x0000_s1044" style="position:absolute;margin-left:99pt;margin-top:14.25pt;width:42pt;height: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" filled="f" stroked="f">
                <v:textbox inset="5pt,3pt,5pt,3pt">
                  <w:txbxContent>
                    <w:p w14:paraId="5D8858AF" w14:textId="77777777" w:rsidR="00817975" w:rsidRDefault="00817975" w:rsidP="00817975">
                      <w:pPr>
                        <w:jc w:val="center"/>
                      </w:pPr>
                      <w:r>
                        <w:t>No ↓</w:t>
                      </w:r>
                    </w:p>
                  </w:txbxContent>
                </v:textbox>
              </v:rect>
            </w:pict>
          </mc:Fallback>
        </mc:AlternateContent>
      </w:r>
    </w:p>
    <w:p w14:paraId="2F25183D" w14:textId="54EB2FED" w:rsidR="008F54F7" w:rsidRDefault="004E7E41">
      <w:r>
        <w:rPr>
          <w:noProof/>
        </w:rPr>
        <mc:AlternateContent>
          <mc:Choice Requires="wps">
            <w:drawing>
              <wp:anchor distT="0" distB="0" distL="114300" distR="114300" simplePos="0" relativeHeight="251645952" behindDoc="0" locked="0" layoutInCell="1" allowOverlap="1" wp14:anchorId="629CBB90" wp14:editId="13C1B1C8">
                <wp:simplePos x="0" y="0"/>
                <wp:positionH relativeFrom="column">
                  <wp:posOffset>270510</wp:posOffset>
                </wp:positionH>
                <wp:positionV relativeFrom="paragraph">
                  <wp:posOffset>179070</wp:posOffset>
                </wp:positionV>
                <wp:extent cx="2413000" cy="549275"/>
                <wp:effectExtent l="0" t="0" r="25400" b="22225"/>
                <wp:wrapNone/>
                <wp:docPr id="590597051" name="s20_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549275"/>
                        </a:xfrm>
                        <a:prstGeom prst="rect">
                          <a:avLst/>
                        </a:prstGeom>
                        <a:solidFill>
                          <a:srgbClr val="D9EAF7"/>
                        </a:solidFill>
                        <a:ln w="9525">
                          <a:solidFill>
                            <a:srgbClr val="5B9BD5"/>
                          </a:solidFill>
                          <a:miter lim="800000"/>
                          <a:headEnd/>
                          <a:tailEnd/>
                        </a:ln>
                      </wps:spPr>
                      <wps:txbx>
                        <w:txbxContent>
                          <w:p w14:paraId="60830CA1" w14:textId="77777777" w:rsidR="00A15255" w:rsidRDefault="00D9149B">
                            <w:pPr>
                              <w:jc w:val="center"/>
                              <w:rPr>
                                <w:b/>
                              </w:rPr>
                            </w:pPr>
                            <w:r>
                              <w:rPr>
                                <w:b/>
                              </w:rPr>
                              <w:t>Photos</w:t>
                            </w:r>
                          </w:p>
                          <w:p w14:paraId="415478C7" w14:textId="19ABAB15" w:rsidR="008F54F7" w:rsidRDefault="00D9149B">
                            <w:pPr>
                              <w:jc w:val="center"/>
                            </w:pPr>
                            <w:r>
                              <w:rPr>
                                <w:b/>
                              </w:rPr>
                              <w:t xml:space="preserve"> Data Log</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CBB90" id="_x0000_s1045" style="position:absolute;margin-left:21.3pt;margin-top:14.1pt;width:190pt;height:4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" fillcolor="#d9eaf7" strokecolor="#5b9bd5">
                <v:textbox inset="5pt,3pt,5pt,3pt">
                  <w:txbxContent>
                    <w:p w14:paraId="60830CA1" w14:textId="77777777" w:rsidR="00A15255" w:rsidRDefault="00D9149B">
                      <w:pPr>
                        <w:jc w:val="center"/>
                        <w:rPr>
                          <w:b/>
                        </w:rPr>
                      </w:pPr>
                      <w:r>
                        <w:rPr>
                          <w:b/>
                        </w:rPr>
                        <w:t>Photos</w:t>
                      </w:r>
                    </w:p>
                    <w:p w14:paraId="415478C7" w14:textId="19ABAB15" w:rsidR="008F54F7" w:rsidRDefault="00D9149B">
                      <w:pPr>
                        <w:jc w:val="center"/>
                      </w:pPr>
                      <w:r>
                        <w:rPr>
                          <w:b/>
                        </w:rPr>
                        <w:t xml:space="preserve"> Data Log</w:t>
                      </w:r>
                    </w:p>
                  </w:txbxContent>
                </v:textbox>
              </v:rect>
            </w:pict>
          </mc:Fallback>
        </mc:AlternateContent>
      </w:r>
    </w:p>
    <w:p w14:paraId="3D1FB853" w14:textId="467F657F" w:rsidR="008F54F7" w:rsidRDefault="008F54F7"/>
    <w:p w14:paraId="04EF0BAB" w14:textId="6C7B7D0F" w:rsidR="008F54F7" w:rsidRDefault="008F54F7"/>
    <w:p w14:paraId="619F457C" w14:textId="60E185EA" w:rsidR="008F54F7" w:rsidRDefault="00725CEB">
      <w:r>
        <w:rPr>
          <w:noProof/>
        </w:rPr>
        <mc:AlternateContent>
          <mc:Choice Requires="wps">
            <w:drawing>
              <wp:anchor distT="0" distB="0" distL="114300" distR="114300" simplePos="0" relativeHeight="251662336" behindDoc="0" locked="0" layoutInCell="1" allowOverlap="1" wp14:anchorId="5D50DEE2" wp14:editId="49E64F75">
                <wp:simplePos x="0" y="0"/>
                <wp:positionH relativeFrom="margin">
                  <wp:posOffset>3232785</wp:posOffset>
                </wp:positionH>
                <wp:positionV relativeFrom="paragraph">
                  <wp:posOffset>73659</wp:posOffset>
                </wp:positionV>
                <wp:extent cx="3082925" cy="1114425"/>
                <wp:effectExtent l="0" t="0" r="22225" b="28575"/>
                <wp:wrapNone/>
                <wp:docPr id="699852149" name="s518_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2925" cy="1114425"/>
                        </a:xfrm>
                        <a:prstGeom prst="rect">
                          <a:avLst/>
                        </a:prstGeom>
                        <a:solidFill>
                          <a:srgbClr val="FCE4D6"/>
                        </a:solidFill>
                        <a:ln w="9525">
                          <a:solidFill>
                            <a:srgbClr val="ED7D31"/>
                          </a:solidFill>
                          <a:miter lim="800000"/>
                          <a:headEnd/>
                          <a:tailEnd/>
                        </a:ln>
                      </wps:spPr>
                      <wps:txbx>
                        <w:txbxContent>
                          <w:p w14:paraId="3D59F8D7" w14:textId="47731406" w:rsidR="008F54F7" w:rsidRDefault="00D9149B">
                            <w:pPr>
                              <w:jc w:val="center"/>
                            </w:pPr>
                            <w:r>
                              <w:t xml:space="preserve">Release </w:t>
                            </w:r>
                            <w:r w:rsidR="004E7E41">
                              <w:t>in native format (not PDF)</w:t>
                            </w:r>
                            <w:r>
                              <w:t xml:space="preserve"> only after redactions:</w:t>
                            </w:r>
                          </w:p>
                          <w:p w14:paraId="485C76E8" w14:textId="00A7438B" w:rsidR="008F54F7" w:rsidRDefault="00D9149B" w:rsidP="00F53160">
                            <w:pPr>
                              <w:jc w:val="center"/>
                            </w:pPr>
                            <w:r>
                              <w:t xml:space="preserve">remove identifiers (plate, </w:t>
                            </w:r>
                            <w:r w:rsidR="00F53160">
                              <w:t>case number, partial plate, unique identifiable information</w:t>
                            </w:r>
                            <w:r>
                              <w:t xml:space="preserve">). </w:t>
                            </w:r>
                          </w:p>
                          <w:p w14:paraId="1E4A8FD4" w14:textId="77777777" w:rsidR="008F54F7" w:rsidRDefault="00D9149B">
                            <w:pPr>
                              <w:jc w:val="center"/>
                            </w:pPr>
                            <w:r>
                              <w:t>Exempt open investigations.</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0DEE2" id="_x0000_s1046" style="position:absolute;margin-left:254.55pt;margin-top:5.8pt;width:242.75pt;height:8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" fillcolor="#fce4d6" strokecolor="#ed7d31">
                <v:textbox inset="5pt,3pt,5pt,3pt">
                  <w:txbxContent>
                    <w:p w14:paraId="3D59F8D7" w14:textId="47731406" w:rsidR="008F54F7" w:rsidRDefault="00D9149B">
                      <w:pPr>
                        <w:jc w:val="center"/>
                      </w:pPr>
                      <w:r>
                        <w:t xml:space="preserve">Release </w:t>
                      </w:r>
                      <w:r w:rsidR="004E7E41">
                        <w:t>in native format (not PDF)</w:t>
                      </w:r>
                      <w:r>
                        <w:t xml:space="preserve"> only after redactions:</w:t>
                      </w:r>
                    </w:p>
                    <w:p w14:paraId="485C76E8" w14:textId="00A7438B" w:rsidR="008F54F7" w:rsidRDefault="00D9149B" w:rsidP="00F53160">
                      <w:pPr>
                        <w:jc w:val="center"/>
                      </w:pPr>
                      <w:r>
                        <w:t xml:space="preserve">remove identifiers (plate, </w:t>
                      </w:r>
                      <w:r w:rsidR="00F53160">
                        <w:t>case number, partial plate, unique identifiable information</w:t>
                      </w:r>
                      <w:r>
                        <w:t xml:space="preserve">). </w:t>
                      </w:r>
                    </w:p>
                    <w:p w14:paraId="1E4A8FD4" w14:textId="77777777" w:rsidR="008F54F7" w:rsidRDefault="00D9149B">
                      <w:pPr>
                        <w:jc w:val="center"/>
                      </w:pPr>
                      <w:r>
                        <w:t>Exempt open investigations.</w:t>
                      </w:r>
                    </w:p>
                  </w:txbxContent>
                </v:textbox>
                <w10:wrap anchorx="margin"/>
              </v:rect>
            </w:pict>
          </mc:Fallback>
        </mc:AlternateContent>
      </w:r>
      <w:r>
        <w:rPr>
          <w:noProof/>
        </w:rPr>
        <mc:AlternateContent>
          <mc:Choice Requires="wps">
            <w:drawing>
              <wp:anchor distT="0" distB="0" distL="114300" distR="114300" simplePos="0" relativeHeight="251648000" behindDoc="0" locked="0" layoutInCell="1" allowOverlap="1" wp14:anchorId="3D3419C0" wp14:editId="42E64EAA">
                <wp:simplePos x="0" y="0"/>
                <wp:positionH relativeFrom="column">
                  <wp:posOffset>254000</wp:posOffset>
                </wp:positionH>
                <wp:positionV relativeFrom="paragraph">
                  <wp:posOffset>238760</wp:posOffset>
                </wp:positionV>
                <wp:extent cx="2413000" cy="533400"/>
                <wp:effectExtent l="12065" t="12700" r="13335" b="6350"/>
                <wp:wrapNone/>
                <wp:docPr id="1898912906" name="s20_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533400"/>
                        </a:xfrm>
                        <a:prstGeom prst="rect">
                          <a:avLst/>
                        </a:prstGeom>
                        <a:solidFill>
                          <a:srgbClr val="D9EAF7"/>
                        </a:solidFill>
                        <a:ln w="9525">
                          <a:solidFill>
                            <a:srgbClr val="5B9BD5"/>
                          </a:solidFill>
                          <a:miter lim="800000"/>
                          <a:headEnd/>
                          <a:tailEnd/>
                        </a:ln>
                      </wps:spPr>
                      <wps:txbx>
                        <w:txbxContent>
                          <w:p w14:paraId="1F708411" w14:textId="77777777" w:rsidR="008F54F7" w:rsidRDefault="00D9149B">
                            <w:pPr>
                              <w:jc w:val="center"/>
                            </w:pPr>
                            <w:r>
                              <w:rPr>
                                <w:b/>
                              </w:rPr>
                              <w:t>Organizational Audit</w:t>
                            </w:r>
                          </w:p>
                          <w:p w14:paraId="3A8730E1" w14:textId="77777777" w:rsidR="008F54F7" w:rsidRDefault="00D9149B">
                            <w:pPr>
                              <w:jc w:val="center"/>
                            </w:pPr>
                            <w:r>
                              <w:rPr>
                                <w:b/>
                              </w:rPr>
                              <w:t>or Network Audit?</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419C0" id="s20_198" o:spid="_x0000_s1047" style="position:absolute;margin-left:20pt;margin-top:18.8pt;width:190pt;height: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" fillcolor="#d9eaf7" strokecolor="#5b9bd5">
                <v:textbox inset="5pt,3pt,5pt,3pt">
                  <w:txbxContent>
                    <w:p w14:paraId="1F708411" w14:textId="77777777" w:rsidR="008F54F7" w:rsidRDefault="00D9149B">
                      <w:pPr>
                        <w:jc w:val="center"/>
                      </w:pPr>
                      <w:r>
                        <w:rPr>
                          <w:b/>
                        </w:rPr>
                        <w:t>Organizational Audit</w:t>
                      </w:r>
                    </w:p>
                    <w:p w14:paraId="3A8730E1" w14:textId="77777777" w:rsidR="008F54F7" w:rsidRDefault="00D9149B">
                      <w:pPr>
                        <w:jc w:val="center"/>
                      </w:pPr>
                      <w:r>
                        <w:rPr>
                          <w:b/>
                        </w:rPr>
                        <w:t>or Network Audit?</w:t>
                      </w:r>
                    </w:p>
                  </w:txbxContent>
                </v:textbox>
              </v:rect>
            </w:pict>
          </mc:Fallback>
        </mc:AlternateContent>
      </w:r>
      <w:r>
        <w:rPr>
          <w:noProof/>
        </w:rPr>
        <mc:AlternateContent>
          <mc:Choice Requires="wps">
            <w:drawing>
              <wp:anchor distT="0" distB="0" distL="114300" distR="114300" simplePos="0" relativeHeight="251646976" behindDoc="0" locked="0" layoutInCell="1" allowOverlap="1" wp14:anchorId="31D46BB0" wp14:editId="4BCA5C1B">
                <wp:simplePos x="0" y="0"/>
                <wp:positionH relativeFrom="column">
                  <wp:posOffset>1244600</wp:posOffset>
                </wp:positionH>
                <wp:positionV relativeFrom="paragraph">
                  <wp:posOffset>6985</wp:posOffset>
                </wp:positionV>
                <wp:extent cx="533400" cy="203200"/>
                <wp:effectExtent l="2540" t="0" r="0" b="0"/>
                <wp:wrapNone/>
                <wp:docPr id="1052216562" name="s95_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76851" w14:textId="77777777" w:rsidR="008F54F7" w:rsidRDefault="00D9149B">
                            <w:pPr>
                              <w:jc w:val="center"/>
                            </w:pPr>
                            <w:r>
                              <w:t>No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46BB0" id="_x0000_s1048" style="position:absolute;margin-left:98pt;margin-top:.55pt;width:42pt;height: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" filled="f" stroked="f">
                <v:textbox inset="5pt,3pt,5pt,3pt">
                  <w:txbxContent>
                    <w:p w14:paraId="75076851" w14:textId="77777777" w:rsidR="008F54F7" w:rsidRDefault="00D9149B">
                      <w:pPr>
                        <w:jc w:val="center"/>
                      </w:pPr>
                      <w:r>
                        <w:t>No ↓</w:t>
                      </w:r>
                    </w:p>
                  </w:txbxContent>
                </v:textbox>
              </v:rect>
            </w:pict>
          </mc:Fallback>
        </mc:AlternateContent>
      </w:r>
    </w:p>
    <w:p w14:paraId="36397FE3" w14:textId="6721B79E" w:rsidR="008F54F7" w:rsidRDefault="00725CEB">
      <w:r>
        <w:rPr>
          <w:noProof/>
        </w:rPr>
        <mc:AlternateContent>
          <mc:Choice Requires="wps">
            <w:drawing>
              <wp:anchor distT="0" distB="0" distL="114300" distR="114300" simplePos="0" relativeHeight="251657216" behindDoc="0" locked="0" layoutInCell="1" allowOverlap="1" wp14:anchorId="463AF806" wp14:editId="5F1BC1A9">
                <wp:simplePos x="0" y="0"/>
                <wp:positionH relativeFrom="column">
                  <wp:posOffset>2651125</wp:posOffset>
                </wp:positionH>
                <wp:positionV relativeFrom="paragraph">
                  <wp:posOffset>112395</wp:posOffset>
                </wp:positionV>
                <wp:extent cx="508000" cy="203200"/>
                <wp:effectExtent l="0" t="3175" r="635" b="3175"/>
                <wp:wrapNone/>
                <wp:docPr id="468334238" name="s210_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BB43F" w14:textId="77777777" w:rsidR="008F54F7" w:rsidRDefault="00D9149B">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AF806" id="s210_213" o:spid="_x0000_s1049" style="position:absolute;margin-left:208.75pt;margin-top:8.85pt;width:40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" filled="f" stroked="f">
                <v:textbox inset="5pt,3pt,5pt,3pt">
                  <w:txbxContent>
                    <w:p w14:paraId="69BBB43F" w14:textId="77777777" w:rsidR="008F54F7" w:rsidRDefault="00D9149B">
                      <w:pPr>
                        <w:jc w:val="center"/>
                      </w:pPr>
                      <w:r>
                        <w:t>Yes →</w:t>
                      </w:r>
                    </w:p>
                  </w:txbxContent>
                </v:textbox>
              </v:rect>
            </w:pict>
          </mc:Fallback>
        </mc:AlternateContent>
      </w:r>
    </w:p>
    <w:p w14:paraId="56EBF923" w14:textId="00292F9D" w:rsidR="008F54F7" w:rsidRDefault="008F54F7"/>
    <w:p w14:paraId="35C18D1B" w14:textId="471456E0" w:rsidR="008F54F7" w:rsidRDefault="00C306CD">
      <w:r>
        <w:rPr>
          <w:noProof/>
        </w:rPr>
        <mc:AlternateContent>
          <mc:Choice Requires="wps">
            <w:drawing>
              <wp:anchor distT="0" distB="0" distL="114300" distR="114300" simplePos="0" relativeHeight="251649024" behindDoc="0" locked="0" layoutInCell="1" allowOverlap="1" wp14:anchorId="12CCBA49" wp14:editId="5D1EF1C0">
                <wp:simplePos x="0" y="0"/>
                <wp:positionH relativeFrom="column">
                  <wp:posOffset>1254125</wp:posOffset>
                </wp:positionH>
                <wp:positionV relativeFrom="paragraph">
                  <wp:posOffset>31750</wp:posOffset>
                </wp:positionV>
                <wp:extent cx="533400" cy="203200"/>
                <wp:effectExtent l="2540" t="3175" r="0" b="3175"/>
                <wp:wrapNone/>
                <wp:docPr id="913352476" name="s95_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A180A" w14:textId="77777777" w:rsidR="008F54F7" w:rsidRDefault="00D9149B">
                            <w:pPr>
                              <w:jc w:val="center"/>
                            </w:pPr>
                            <w:r>
                              <w:t>No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CBA49" id="s95_243" o:spid="_x0000_s1050" style="position:absolute;margin-left:98.75pt;margin-top:2.5pt;width:42pt;height: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" filled="f" stroked="f">
                <v:textbox inset="5pt,3pt,5pt,3pt">
                  <w:txbxContent>
                    <w:p w14:paraId="778A180A" w14:textId="77777777" w:rsidR="008F54F7" w:rsidRDefault="00D9149B">
                      <w:pPr>
                        <w:jc w:val="center"/>
                      </w:pPr>
                      <w:r>
                        <w:t>No ↓</w:t>
                      </w:r>
                    </w:p>
                  </w:txbxContent>
                </v:textbox>
              </v:rect>
            </w:pict>
          </mc:Fallback>
        </mc:AlternateContent>
      </w:r>
    </w:p>
    <w:p w14:paraId="5D4F1308" w14:textId="16E2A282" w:rsidR="008F54F7" w:rsidRDefault="00C306CD">
      <w:r>
        <w:rPr>
          <w:noProof/>
        </w:rPr>
        <mc:AlternateContent>
          <mc:Choice Requires="wps">
            <w:drawing>
              <wp:anchor distT="0" distB="0" distL="114300" distR="114300" simplePos="0" relativeHeight="251650048" behindDoc="0" locked="0" layoutInCell="1" allowOverlap="1" wp14:anchorId="53134CB3" wp14:editId="4D0BB4D4">
                <wp:simplePos x="0" y="0"/>
                <wp:positionH relativeFrom="column">
                  <wp:posOffset>238760</wp:posOffset>
                </wp:positionH>
                <wp:positionV relativeFrom="paragraph">
                  <wp:posOffset>48260</wp:posOffset>
                </wp:positionV>
                <wp:extent cx="2413000" cy="800100"/>
                <wp:effectExtent l="0" t="0" r="25400" b="19050"/>
                <wp:wrapNone/>
                <wp:docPr id="800436281" name="s20_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800100"/>
                        </a:xfrm>
                        <a:prstGeom prst="rect">
                          <a:avLst/>
                        </a:prstGeom>
                        <a:solidFill>
                          <a:srgbClr val="D9EAF7"/>
                        </a:solidFill>
                        <a:ln w="9525">
                          <a:solidFill>
                            <a:srgbClr val="5B9BD5"/>
                          </a:solidFill>
                          <a:miter lim="800000"/>
                          <a:headEnd/>
                          <a:tailEnd/>
                        </a:ln>
                      </wps:spPr>
                      <wps:txbx>
                        <w:txbxContent>
                          <w:p w14:paraId="499E8A76" w14:textId="71BAA78F" w:rsidR="008F54F7" w:rsidRDefault="00D9149B">
                            <w:pPr>
                              <w:jc w:val="center"/>
                            </w:pPr>
                            <w:r>
                              <w:rPr>
                                <w:b/>
                              </w:rPr>
                              <w:t>Shared Networks</w:t>
                            </w:r>
                          </w:p>
                          <w:p w14:paraId="62329EF1" w14:textId="20BB0778" w:rsidR="008F54F7" w:rsidRDefault="00D9149B">
                            <w:pPr>
                              <w:jc w:val="center"/>
                            </w:pPr>
                            <w:r>
                              <w:rPr>
                                <w:b/>
                              </w:rPr>
                              <w:t>Camera Location Map</w:t>
                            </w:r>
                          </w:p>
                          <w:p w14:paraId="32EE5FDC" w14:textId="77777777" w:rsidR="00A15255" w:rsidRDefault="00D9149B">
                            <w:pPr>
                              <w:jc w:val="center"/>
                              <w:rPr>
                                <w:b/>
                              </w:rPr>
                            </w:pPr>
                            <w:r>
                              <w:rPr>
                                <w:b/>
                              </w:rPr>
                              <w:t>Contracts</w:t>
                            </w:r>
                          </w:p>
                          <w:p w14:paraId="4B0867BB" w14:textId="2A9A675E" w:rsidR="008F54F7" w:rsidRDefault="008F54F7">
                            <w:pPr>
                              <w:jc w:val="center"/>
                            </w:pP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34CB3" id="s20_260" o:spid="_x0000_s1051" style="position:absolute;margin-left:18.8pt;margin-top:3.8pt;width:190pt;height: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" fillcolor="#d9eaf7" strokecolor="#5b9bd5">
                <v:textbox inset="5pt,3pt,5pt,3pt">
                  <w:txbxContent>
                    <w:p w14:paraId="499E8A76" w14:textId="71BAA78F" w:rsidR="008F54F7" w:rsidRDefault="00D9149B">
                      <w:pPr>
                        <w:jc w:val="center"/>
                      </w:pPr>
                      <w:r>
                        <w:rPr>
                          <w:b/>
                        </w:rPr>
                        <w:t>Shared Networks</w:t>
                      </w:r>
                    </w:p>
                    <w:p w14:paraId="62329EF1" w14:textId="20BB0778" w:rsidR="008F54F7" w:rsidRDefault="00D9149B">
                      <w:pPr>
                        <w:jc w:val="center"/>
                      </w:pPr>
                      <w:r>
                        <w:rPr>
                          <w:b/>
                        </w:rPr>
                        <w:t>Camera Location Map</w:t>
                      </w:r>
                    </w:p>
                    <w:p w14:paraId="32EE5FDC" w14:textId="77777777" w:rsidR="00A15255" w:rsidRDefault="00D9149B">
                      <w:pPr>
                        <w:jc w:val="center"/>
                        <w:rPr>
                          <w:b/>
                        </w:rPr>
                      </w:pPr>
                      <w:r>
                        <w:rPr>
                          <w:b/>
                        </w:rPr>
                        <w:t>Contracts</w:t>
                      </w:r>
                    </w:p>
                    <w:p w14:paraId="4B0867BB" w14:textId="2A9A675E" w:rsidR="008F54F7" w:rsidRDefault="008F54F7">
                      <w:pPr>
                        <w:jc w:val="center"/>
                      </w:pPr>
                    </w:p>
                  </w:txbxContent>
                </v:textbox>
              </v:rect>
            </w:pict>
          </mc:Fallback>
        </mc:AlternateContent>
      </w:r>
    </w:p>
    <w:p w14:paraId="3D9A0C06" w14:textId="0F810017" w:rsidR="008F54F7" w:rsidRDefault="00C306CD">
      <w:r>
        <w:rPr>
          <w:noProof/>
        </w:rPr>
        <mc:AlternateContent>
          <mc:Choice Requires="wps">
            <w:drawing>
              <wp:anchor distT="0" distB="0" distL="114300" distR="114300" simplePos="0" relativeHeight="251664384" behindDoc="0" locked="0" layoutInCell="1" allowOverlap="1" wp14:anchorId="04337E2D" wp14:editId="425AFE5F">
                <wp:simplePos x="0" y="0"/>
                <wp:positionH relativeFrom="column">
                  <wp:posOffset>3270885</wp:posOffset>
                </wp:positionH>
                <wp:positionV relativeFrom="paragraph">
                  <wp:posOffset>14605</wp:posOffset>
                </wp:positionV>
                <wp:extent cx="1524000" cy="352425"/>
                <wp:effectExtent l="0" t="0" r="19050" b="28575"/>
                <wp:wrapNone/>
                <wp:docPr id="253849201" name="s252_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52425"/>
                        </a:xfrm>
                        <a:prstGeom prst="rect">
                          <a:avLst/>
                        </a:prstGeom>
                        <a:solidFill>
                          <a:srgbClr val="E2F0D9"/>
                        </a:solidFill>
                        <a:ln w="9525">
                          <a:solidFill>
                            <a:srgbClr val="70AD47"/>
                          </a:solidFill>
                          <a:miter lim="800000"/>
                          <a:headEnd/>
                          <a:tailEnd/>
                        </a:ln>
                      </wps:spPr>
                      <wps:txbx>
                        <w:txbxContent>
                          <w:p w14:paraId="1DB15F0E" w14:textId="77777777" w:rsidR="008F54F7" w:rsidRDefault="00D9149B">
                            <w:pPr>
                              <w:jc w:val="center"/>
                            </w:pPr>
                            <w:r>
                              <w:rPr>
                                <w:b/>
                              </w:rPr>
                              <w:t>Release</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37E2D" id="s252_273" o:spid="_x0000_s1052" style="position:absolute;margin-left:257.55pt;margin-top:1.15pt;width:120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" fillcolor="#e2f0d9" strokecolor="#70ad47">
                <v:textbox inset="5pt,3pt,5pt,3pt">
                  <w:txbxContent>
                    <w:p w14:paraId="1DB15F0E" w14:textId="77777777" w:rsidR="008F54F7" w:rsidRDefault="00D9149B">
                      <w:pPr>
                        <w:jc w:val="center"/>
                      </w:pPr>
                      <w:r>
                        <w:rPr>
                          <w:b/>
                        </w:rPr>
                        <w:t>Release</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02835A7F" wp14:editId="36D9F6CF">
                <wp:simplePos x="0" y="0"/>
                <wp:positionH relativeFrom="column">
                  <wp:posOffset>2633345</wp:posOffset>
                </wp:positionH>
                <wp:positionV relativeFrom="paragraph">
                  <wp:posOffset>135255</wp:posOffset>
                </wp:positionV>
                <wp:extent cx="508000" cy="203200"/>
                <wp:effectExtent l="0" t="0" r="635" b="0"/>
                <wp:wrapNone/>
                <wp:docPr id="54109444" name="s210_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AAD76" w14:textId="77777777" w:rsidR="008F54F7" w:rsidRDefault="00D9149B">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35A7F" id="s210_281" o:spid="_x0000_s1053" style="position:absolute;margin-left:207.35pt;margin-top:10.65pt;width:40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" filled="f" stroked="f">
                <v:textbox inset="5pt,3pt,5pt,3pt">
                  <w:txbxContent>
                    <w:p w14:paraId="1C6AAD76" w14:textId="77777777" w:rsidR="008F54F7" w:rsidRDefault="00D9149B">
                      <w:pPr>
                        <w:jc w:val="center"/>
                      </w:pPr>
                      <w:r>
                        <w:t>Yes →</w:t>
                      </w:r>
                    </w:p>
                  </w:txbxContent>
                </v:textbox>
              </v:rect>
            </w:pict>
          </mc:Fallback>
        </mc:AlternateContent>
      </w:r>
    </w:p>
    <w:p w14:paraId="59CC0E28" w14:textId="2D09F5AC" w:rsidR="008F54F7" w:rsidRDefault="008F54F7"/>
    <w:p w14:paraId="0447F56B" w14:textId="0C089D6E" w:rsidR="008F54F7" w:rsidRDefault="00C306CD" w:rsidP="00270810">
      <w:pPr>
        <w:jc w:val="center"/>
      </w:pPr>
      <w:r>
        <w:rPr>
          <w:noProof/>
        </w:rPr>
        <mc:AlternateContent>
          <mc:Choice Requires="wps">
            <w:drawing>
              <wp:anchor distT="0" distB="0" distL="114300" distR="114300" simplePos="0" relativeHeight="251651072" behindDoc="0" locked="0" layoutInCell="1" allowOverlap="1" wp14:anchorId="26724220" wp14:editId="3A415F2A">
                <wp:simplePos x="0" y="0"/>
                <wp:positionH relativeFrom="column">
                  <wp:posOffset>1235075</wp:posOffset>
                </wp:positionH>
                <wp:positionV relativeFrom="paragraph">
                  <wp:posOffset>13335</wp:posOffset>
                </wp:positionV>
                <wp:extent cx="533400" cy="203200"/>
                <wp:effectExtent l="2540" t="3175" r="0" b="3175"/>
                <wp:wrapNone/>
                <wp:docPr id="391750144" name="s95_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9C94C" w14:textId="77777777" w:rsidR="008F54F7" w:rsidRDefault="00D9149B">
                            <w:pPr>
                              <w:jc w:val="center"/>
                            </w:pPr>
                            <w:r>
                              <w:t>No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24220" id="_x0000_s1054" style="position:absolute;left:0;text-align:left;margin-left:97.25pt;margin-top:1.05pt;width:42pt;height: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" filled="f" stroked="f">
                <v:textbox inset="5pt,3pt,5pt,3pt">
                  <w:txbxContent>
                    <w:p w14:paraId="7FE9C94C" w14:textId="77777777" w:rsidR="008F54F7" w:rsidRDefault="00D9149B">
                      <w:pPr>
                        <w:jc w:val="center"/>
                      </w:pPr>
                      <w:r>
                        <w:t>No ↓</w:t>
                      </w:r>
                    </w:p>
                  </w:txbxContent>
                </v:textbox>
              </v:rect>
            </w:pict>
          </mc:Fallback>
        </mc:AlternateContent>
      </w:r>
      <w:r>
        <w:rPr>
          <w:noProof/>
        </w:rPr>
        <mc:AlternateContent>
          <mc:Choice Requires="wps">
            <w:drawing>
              <wp:anchor distT="0" distB="0" distL="114300" distR="114300" simplePos="0" relativeHeight="251691008" behindDoc="0" locked="0" layoutInCell="1" allowOverlap="1" wp14:anchorId="37F8D6B6" wp14:editId="202C1166">
                <wp:simplePos x="0" y="0"/>
                <wp:positionH relativeFrom="margin">
                  <wp:posOffset>3248025</wp:posOffset>
                </wp:positionH>
                <wp:positionV relativeFrom="paragraph">
                  <wp:posOffset>200660</wp:posOffset>
                </wp:positionV>
                <wp:extent cx="3082925" cy="1181100"/>
                <wp:effectExtent l="0" t="0" r="22225" b="19050"/>
                <wp:wrapNone/>
                <wp:docPr id="408205872" name="s518_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2925" cy="1181100"/>
                        </a:xfrm>
                        <a:prstGeom prst="rect">
                          <a:avLst/>
                        </a:prstGeom>
                        <a:solidFill>
                          <a:srgbClr val="FCE4D6"/>
                        </a:solidFill>
                        <a:ln w="9525">
                          <a:solidFill>
                            <a:srgbClr val="ED7D31"/>
                          </a:solidFill>
                          <a:miter lim="800000"/>
                          <a:headEnd/>
                          <a:tailEnd/>
                        </a:ln>
                      </wps:spPr>
                      <wps:txbx>
                        <w:txbxContent>
                          <w:p w14:paraId="25FD0971" w14:textId="77777777" w:rsidR="00C306CD" w:rsidRDefault="00C306CD" w:rsidP="00C306CD">
                            <w:pPr>
                              <w:jc w:val="center"/>
                            </w:pPr>
                            <w:r>
                              <w:t>Release in native format (not PDF) only after redactions:</w:t>
                            </w:r>
                          </w:p>
                          <w:p w14:paraId="2F8D4788" w14:textId="77777777" w:rsidR="00F53160" w:rsidRDefault="00F53160" w:rsidP="00F53160">
                            <w:pPr>
                              <w:jc w:val="center"/>
                            </w:pPr>
                            <w:r>
                              <w:t xml:space="preserve">remove identifiers (plate, case number, partial plate, unique identifiable information). </w:t>
                            </w:r>
                          </w:p>
                          <w:p w14:paraId="309EF8C0" w14:textId="77777777" w:rsidR="00C306CD" w:rsidRDefault="00C306CD" w:rsidP="00C306CD">
                            <w:pPr>
                              <w:jc w:val="center"/>
                            </w:pPr>
                            <w:r>
                              <w:t>Exempt open investigations.</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8D6B6" id="_x0000_s1055" style="position:absolute;left:0;text-align:left;margin-left:255.75pt;margin-top:15.8pt;width:242.75pt;height:9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" fillcolor="#fce4d6" strokecolor="#ed7d31">
                <v:textbox inset="5pt,3pt,5pt,3pt">
                  <w:txbxContent>
                    <w:p w14:paraId="25FD0971" w14:textId="77777777" w:rsidR="00C306CD" w:rsidRDefault="00C306CD" w:rsidP="00C306CD">
                      <w:pPr>
                        <w:jc w:val="center"/>
                      </w:pPr>
                      <w:r>
                        <w:t>Release in native format (not PDF) only after redactions:</w:t>
                      </w:r>
                    </w:p>
                    <w:p w14:paraId="2F8D4788" w14:textId="77777777" w:rsidR="00F53160" w:rsidRDefault="00F53160" w:rsidP="00F53160">
                      <w:pPr>
                        <w:jc w:val="center"/>
                      </w:pPr>
                      <w:r>
                        <w:t xml:space="preserve">remove identifiers (plate, case number, partial plate, unique identifiable information). </w:t>
                      </w:r>
                    </w:p>
                    <w:p w14:paraId="309EF8C0" w14:textId="77777777" w:rsidR="00C306CD" w:rsidRDefault="00C306CD" w:rsidP="00C306CD">
                      <w:pPr>
                        <w:jc w:val="center"/>
                      </w:pPr>
                      <w:r>
                        <w:t>Exempt open investigations.</w:t>
                      </w:r>
                    </w:p>
                  </w:txbxContent>
                </v:textbox>
                <w10:wrap anchorx="margin"/>
              </v:rect>
            </w:pict>
          </mc:Fallback>
        </mc:AlternateContent>
      </w:r>
      <w:r w:rsidR="00725CEB">
        <w:rPr>
          <w:noProof/>
        </w:rPr>
        <mc:AlternateContent>
          <mc:Choice Requires="wps">
            <w:drawing>
              <wp:anchor distT="0" distB="0" distL="114300" distR="114300" simplePos="0" relativeHeight="251652096" behindDoc="0" locked="0" layoutInCell="1" allowOverlap="1" wp14:anchorId="085F89F7" wp14:editId="2FD265AA">
                <wp:simplePos x="0" y="0"/>
                <wp:positionH relativeFrom="column">
                  <wp:posOffset>241935</wp:posOffset>
                </wp:positionH>
                <wp:positionV relativeFrom="paragraph">
                  <wp:posOffset>276860</wp:posOffset>
                </wp:positionV>
                <wp:extent cx="2428875" cy="1133475"/>
                <wp:effectExtent l="0" t="0" r="28575" b="28575"/>
                <wp:wrapNone/>
                <wp:docPr id="813061512" name="s20_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133475"/>
                        </a:xfrm>
                        <a:prstGeom prst="rect">
                          <a:avLst/>
                        </a:prstGeom>
                        <a:solidFill>
                          <a:srgbClr val="D9EAF7"/>
                        </a:solidFill>
                        <a:ln w="9525">
                          <a:solidFill>
                            <a:srgbClr val="5B9BD5"/>
                          </a:solidFill>
                          <a:miter lim="800000"/>
                          <a:headEnd/>
                          <a:tailEnd/>
                        </a:ln>
                      </wps:spPr>
                      <wps:txbx>
                        <w:txbxContent>
                          <w:p w14:paraId="5DCDAB69" w14:textId="4711EED1" w:rsidR="008F54F7" w:rsidRDefault="00D9149B" w:rsidP="004E7E41">
                            <w:pPr>
                              <w:jc w:val="center"/>
                              <w:rPr>
                                <w:b/>
                              </w:rPr>
                            </w:pPr>
                            <w:r>
                              <w:rPr>
                                <w:b/>
                              </w:rPr>
                              <w:t>Mentions in</w:t>
                            </w:r>
                            <w:r w:rsidR="004E7E41">
                              <w:t xml:space="preserve"> </w:t>
                            </w:r>
                            <w:r>
                              <w:rPr>
                                <w:b/>
                              </w:rPr>
                              <w:t>Case Reports?</w:t>
                            </w:r>
                          </w:p>
                          <w:p w14:paraId="087F27A8" w14:textId="713BAD89" w:rsidR="00725CEB" w:rsidRPr="004E7E41" w:rsidRDefault="00725CEB" w:rsidP="004E7E41">
                            <w:pPr>
                              <w:jc w:val="center"/>
                            </w:pPr>
                            <w:r>
                              <w:rPr>
                                <w:b/>
                              </w:rPr>
                              <w:t>Emails?</w:t>
                            </w:r>
                            <w:r w:rsidR="00B97BF3">
                              <w:rPr>
                                <w:b/>
                              </w:rPr>
                              <w:t xml:space="preserve"> Text notifications?</w:t>
                            </w:r>
                          </w:p>
                          <w:p w14:paraId="74497865" w14:textId="77777777" w:rsidR="004E7E41" w:rsidRDefault="004E7E41" w:rsidP="004E7E41">
                            <w:pPr>
                              <w:jc w:val="center"/>
                            </w:pPr>
                            <w:r>
                              <w:rPr>
                                <w:b/>
                              </w:rPr>
                              <w:t>Photos in digital evidence</w:t>
                            </w:r>
                          </w:p>
                          <w:p w14:paraId="419CA577" w14:textId="77777777" w:rsidR="004E7E41" w:rsidRDefault="004E7E41" w:rsidP="004E7E41">
                            <w:pPr>
                              <w:jc w:val="center"/>
                            </w:pPr>
                            <w:r>
                              <w:rPr>
                                <w:b/>
                              </w:rPr>
                              <w:t>linked to a case report?</w:t>
                            </w:r>
                          </w:p>
                          <w:p w14:paraId="24949CA0" w14:textId="77777777" w:rsidR="004E7E41" w:rsidRDefault="004E7E41">
                            <w:pPr>
                              <w:jc w:val="center"/>
                              <w:rPr>
                                <w:b/>
                              </w:rPr>
                            </w:pPr>
                          </w:p>
                          <w:p w14:paraId="5F340BF3" w14:textId="77777777" w:rsidR="004E7E41" w:rsidRDefault="004E7E41">
                            <w:pPr>
                              <w:jc w:val="center"/>
                            </w:pP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F89F7" id="s20_346" o:spid="_x0000_s1056" style="position:absolute;left:0;text-align:left;margin-left:19.05pt;margin-top:21.8pt;width:191.25pt;height:89.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" fillcolor="#d9eaf7" strokecolor="#5b9bd5">
                <v:textbox inset="5pt,3pt,5pt,3pt">
                  <w:txbxContent>
                    <w:p w14:paraId="5DCDAB69" w14:textId="4711EED1" w:rsidR="008F54F7" w:rsidRDefault="00D9149B" w:rsidP="004E7E41">
                      <w:pPr>
                        <w:jc w:val="center"/>
                        <w:rPr>
                          <w:b/>
                        </w:rPr>
                      </w:pPr>
                      <w:r>
                        <w:rPr>
                          <w:b/>
                        </w:rPr>
                        <w:t>Mentions in</w:t>
                      </w:r>
                      <w:r w:rsidR="004E7E41">
                        <w:t xml:space="preserve"> </w:t>
                      </w:r>
                      <w:r>
                        <w:rPr>
                          <w:b/>
                        </w:rPr>
                        <w:t>Case Reports?</w:t>
                      </w:r>
                    </w:p>
                    <w:p w14:paraId="087F27A8" w14:textId="713BAD89" w:rsidR="00725CEB" w:rsidRPr="004E7E41" w:rsidRDefault="00725CEB" w:rsidP="004E7E41">
                      <w:pPr>
                        <w:jc w:val="center"/>
                      </w:pPr>
                      <w:r>
                        <w:rPr>
                          <w:b/>
                        </w:rPr>
                        <w:t>Emails?</w:t>
                      </w:r>
                      <w:r w:rsidR="00B97BF3">
                        <w:rPr>
                          <w:b/>
                        </w:rPr>
                        <w:t xml:space="preserve"> Text notifications?</w:t>
                      </w:r>
                    </w:p>
                    <w:p w14:paraId="74497865" w14:textId="77777777" w:rsidR="004E7E41" w:rsidRDefault="004E7E41" w:rsidP="004E7E41">
                      <w:pPr>
                        <w:jc w:val="center"/>
                      </w:pPr>
                      <w:r>
                        <w:rPr>
                          <w:b/>
                        </w:rPr>
                        <w:t>Photos in digital evidence</w:t>
                      </w:r>
                    </w:p>
                    <w:p w14:paraId="419CA577" w14:textId="77777777" w:rsidR="004E7E41" w:rsidRDefault="004E7E41" w:rsidP="004E7E41">
                      <w:pPr>
                        <w:jc w:val="center"/>
                      </w:pPr>
                      <w:r>
                        <w:rPr>
                          <w:b/>
                        </w:rPr>
                        <w:t>linked to a case report?</w:t>
                      </w:r>
                    </w:p>
                    <w:p w14:paraId="24949CA0" w14:textId="77777777" w:rsidR="004E7E41" w:rsidRDefault="004E7E41">
                      <w:pPr>
                        <w:jc w:val="center"/>
                        <w:rPr>
                          <w:b/>
                        </w:rPr>
                      </w:pPr>
                    </w:p>
                    <w:p w14:paraId="5F340BF3" w14:textId="77777777" w:rsidR="004E7E41" w:rsidRDefault="004E7E41">
                      <w:pPr>
                        <w:jc w:val="center"/>
                      </w:pPr>
                    </w:p>
                  </w:txbxContent>
                </v:textbox>
              </v:rect>
            </w:pict>
          </mc:Fallback>
        </mc:AlternateContent>
      </w:r>
    </w:p>
    <w:p w14:paraId="579EB807" w14:textId="1B9B7261" w:rsidR="008F54F7" w:rsidRDefault="008F54F7" w:rsidP="00A15255">
      <w:pPr>
        <w:jc w:val="center"/>
      </w:pPr>
    </w:p>
    <w:p w14:paraId="7F06BA2F" w14:textId="689DC0CE" w:rsidR="008F54F7" w:rsidRDefault="004E7E41" w:rsidP="00A15255">
      <w:pPr>
        <w:jc w:val="center"/>
      </w:pPr>
      <w:r>
        <w:rPr>
          <w:noProof/>
        </w:rPr>
        <mc:AlternateContent>
          <mc:Choice Requires="wps">
            <w:drawing>
              <wp:anchor distT="0" distB="0" distL="114300" distR="114300" simplePos="0" relativeHeight="251665408" behindDoc="0" locked="0" layoutInCell="1" allowOverlap="1" wp14:anchorId="467C3521" wp14:editId="56F65CD7">
                <wp:simplePos x="0" y="0"/>
                <wp:positionH relativeFrom="column">
                  <wp:posOffset>2667000</wp:posOffset>
                </wp:positionH>
                <wp:positionV relativeFrom="paragraph">
                  <wp:posOffset>176530</wp:posOffset>
                </wp:positionV>
                <wp:extent cx="508000" cy="203200"/>
                <wp:effectExtent l="0" t="0" r="635" b="0"/>
                <wp:wrapNone/>
                <wp:docPr id="160112992" name="s210_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EBFE5" w14:textId="77777777" w:rsidR="008F54F7" w:rsidRDefault="00D9149B">
                            <w:pPr>
                              <w:jc w:val="center"/>
                            </w:pPr>
                            <w:r>
                              <w:t>Yes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C3521" id="s210_359" o:spid="_x0000_s1057" style="position:absolute;left:0;text-align:left;margin-left:210pt;margin-top:13.9pt;width:40pt;height: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" filled="f" stroked="f">
                <v:textbox inset="5pt,3pt,5pt,3pt">
                  <w:txbxContent>
                    <w:p w14:paraId="485EBFE5" w14:textId="77777777" w:rsidR="008F54F7" w:rsidRDefault="00D9149B">
                      <w:pPr>
                        <w:jc w:val="center"/>
                      </w:pPr>
                      <w:r>
                        <w:t>Yes →</w:t>
                      </w:r>
                    </w:p>
                  </w:txbxContent>
                </v:textbox>
              </v:rect>
            </w:pict>
          </mc:Fallback>
        </mc:AlternateContent>
      </w:r>
    </w:p>
    <w:p w14:paraId="186A7085" w14:textId="0437E84A" w:rsidR="00F46FF3" w:rsidRDefault="00F46FF3" w:rsidP="00F46FF3">
      <w:pPr>
        <w:pStyle w:val="NormalWeb"/>
      </w:pPr>
    </w:p>
    <w:p w14:paraId="40218E84" w14:textId="4F75AFBA" w:rsidR="008F54F7" w:rsidRDefault="00EC006D">
      <w:r>
        <w:rPr>
          <w:noProof/>
        </w:rPr>
        <w:drawing>
          <wp:anchor distT="0" distB="0" distL="114300" distR="114300" simplePos="0" relativeHeight="251693056" behindDoc="0" locked="0" layoutInCell="1" allowOverlap="1" wp14:anchorId="32E6612E" wp14:editId="11C58BCD">
            <wp:simplePos x="0" y="0"/>
            <wp:positionH relativeFrom="margin">
              <wp:posOffset>8887755</wp:posOffset>
            </wp:positionH>
            <wp:positionV relativeFrom="paragraph">
              <wp:posOffset>165809</wp:posOffset>
            </wp:positionV>
            <wp:extent cx="700790" cy="882502"/>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521" cy="8872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53817" w14:textId="1CC512FA" w:rsidR="008F54F7" w:rsidRDefault="004E7E41">
      <w:r>
        <w:rPr>
          <w:noProof/>
        </w:rPr>
        <mc:AlternateContent>
          <mc:Choice Requires="wps">
            <w:drawing>
              <wp:anchor distT="0" distB="0" distL="114300" distR="114300" simplePos="0" relativeHeight="251653120" behindDoc="0" locked="0" layoutInCell="1" allowOverlap="1" wp14:anchorId="543C6F05" wp14:editId="3072C12B">
                <wp:simplePos x="0" y="0"/>
                <wp:positionH relativeFrom="column">
                  <wp:posOffset>1177925</wp:posOffset>
                </wp:positionH>
                <wp:positionV relativeFrom="paragraph">
                  <wp:posOffset>10160</wp:posOffset>
                </wp:positionV>
                <wp:extent cx="533400" cy="203200"/>
                <wp:effectExtent l="2540" t="0" r="0" b="0"/>
                <wp:wrapNone/>
                <wp:docPr id="17112121" name="s95_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D8A67" w14:textId="77777777" w:rsidR="008F54F7" w:rsidRDefault="00D9149B">
                            <w:pPr>
                              <w:jc w:val="center"/>
                            </w:pPr>
                            <w:r>
                              <w:t>No ↓</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6F05" id="s95_391" o:spid="_x0000_s1058" style="position:absolute;margin-left:92.75pt;margin-top:.8pt;width:42pt;height: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" filled="f" stroked="f">
                <v:textbox inset="5pt,3pt,5pt,3pt">
                  <w:txbxContent>
                    <w:p w14:paraId="497D8A67" w14:textId="77777777" w:rsidR="008F54F7" w:rsidRDefault="00D9149B">
                      <w:pPr>
                        <w:jc w:val="center"/>
                      </w:pPr>
                      <w:r>
                        <w:t>No ↓</w:t>
                      </w:r>
                    </w:p>
                  </w:txbxContent>
                </v:textbox>
              </v:rect>
            </w:pict>
          </mc:Fallback>
        </mc:AlternateContent>
      </w:r>
    </w:p>
    <w:p w14:paraId="6025B7E6" w14:textId="585E4797" w:rsidR="008F54F7" w:rsidRDefault="00B624C0">
      <w:r>
        <w:rPr>
          <w:noProof/>
        </w:rPr>
        <mc:AlternateContent>
          <mc:Choice Requires="wps">
            <w:drawing>
              <wp:anchor distT="0" distB="0" distL="114300" distR="114300" simplePos="0" relativeHeight="251654144" behindDoc="0" locked="0" layoutInCell="1" allowOverlap="1" wp14:anchorId="2D7BE5B0" wp14:editId="1854AF31">
                <wp:simplePos x="0" y="0"/>
                <wp:positionH relativeFrom="column">
                  <wp:posOffset>265593</wp:posOffset>
                </wp:positionH>
                <wp:positionV relativeFrom="paragraph">
                  <wp:posOffset>15491</wp:posOffset>
                </wp:positionV>
                <wp:extent cx="2390775" cy="584938"/>
                <wp:effectExtent l="0" t="0" r="28575" b="24765"/>
                <wp:wrapNone/>
                <wp:docPr id="2019077487" name="s20_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584938"/>
                        </a:xfrm>
                        <a:prstGeom prst="rect">
                          <a:avLst/>
                        </a:prstGeom>
                        <a:solidFill>
                          <a:srgbClr val="EFEFEF"/>
                        </a:solidFill>
                        <a:ln w="9525">
                          <a:solidFill>
                            <a:srgbClr val="7F7F7F"/>
                          </a:solidFill>
                          <a:miter lim="800000"/>
                          <a:headEnd/>
                          <a:tailEnd/>
                        </a:ln>
                      </wps:spPr>
                      <wps:txbx>
                        <w:txbxContent>
                          <w:p w14:paraId="003C0DED" w14:textId="77777777" w:rsidR="008F54F7" w:rsidRDefault="00D9149B">
                            <w:pPr>
                              <w:jc w:val="center"/>
                            </w:pPr>
                            <w:r>
                              <w:t>If record type does not fit a listed category,</w:t>
                            </w:r>
                          </w:p>
                          <w:p w14:paraId="1AEF0029" w14:textId="77777777" w:rsidR="008F54F7" w:rsidRDefault="00D9149B">
                            <w:pPr>
                              <w:jc w:val="center"/>
                            </w:pPr>
                            <w:r>
                              <w:t>route for legal / PRA review before release.</w:t>
                            </w:r>
                          </w:p>
                        </w:txbxContent>
                      </wps:txbx>
                      <wps:bodyPr rot="0" vert="horz" wrap="square" lIns="63500" tIns="38100" rIns="635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BE5B0" id="s20_418" o:spid="_x0000_s1059" style="position:absolute;margin-left:20.9pt;margin-top:1.2pt;width:188.25pt;height:46.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" fillcolor="#efefef" strokecolor="#7f7f7f">
                <v:textbox inset="5pt,3pt,5pt,3pt">
                  <w:txbxContent>
                    <w:p w14:paraId="003C0DED" w14:textId="77777777" w:rsidR="008F54F7" w:rsidRDefault="00D9149B">
                      <w:pPr>
                        <w:jc w:val="center"/>
                      </w:pPr>
                      <w:r>
                        <w:t>If record type does not fit a listed category,</w:t>
                      </w:r>
                    </w:p>
                    <w:p w14:paraId="1AEF0029" w14:textId="77777777" w:rsidR="008F54F7" w:rsidRDefault="00D9149B">
                      <w:pPr>
                        <w:jc w:val="center"/>
                      </w:pPr>
                      <w:r>
                        <w:t>route for legal / PRA review before release.</w:t>
                      </w:r>
                    </w:p>
                  </w:txbxContent>
                </v:textbox>
              </v:rect>
            </w:pict>
          </mc:Fallback>
        </mc:AlternateContent>
      </w:r>
    </w:p>
    <w:sectPr w:rsidR="008F54F7" w:rsidSect="00034616">
      <w:pgSz w:w="15840" w:h="12240" w:orient="landscape"/>
      <w:pgMar w:top="504" w:right="504" w:bottom="504"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6957242">
    <w:abstractNumId w:val="8"/>
  </w:num>
  <w:num w:numId="2" w16cid:durableId="1746997472">
    <w:abstractNumId w:val="6"/>
  </w:num>
  <w:num w:numId="3" w16cid:durableId="1733313812">
    <w:abstractNumId w:val="5"/>
  </w:num>
  <w:num w:numId="4" w16cid:durableId="1850680719">
    <w:abstractNumId w:val="4"/>
  </w:num>
  <w:num w:numId="5" w16cid:durableId="416484901">
    <w:abstractNumId w:val="7"/>
  </w:num>
  <w:num w:numId="6" w16cid:durableId="270479815">
    <w:abstractNumId w:val="3"/>
  </w:num>
  <w:num w:numId="7" w16cid:durableId="1226332721">
    <w:abstractNumId w:val="2"/>
  </w:num>
  <w:num w:numId="8" w16cid:durableId="1246182823">
    <w:abstractNumId w:val="1"/>
  </w:num>
  <w:num w:numId="9" w16cid:durableId="518933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53CE"/>
    <w:rsid w:val="001F6E9B"/>
    <w:rsid w:val="00270810"/>
    <w:rsid w:val="0029639D"/>
    <w:rsid w:val="00326F90"/>
    <w:rsid w:val="003D0DA7"/>
    <w:rsid w:val="004E360D"/>
    <w:rsid w:val="004E7E41"/>
    <w:rsid w:val="0057741A"/>
    <w:rsid w:val="00581663"/>
    <w:rsid w:val="00593441"/>
    <w:rsid w:val="006C352A"/>
    <w:rsid w:val="00725CEB"/>
    <w:rsid w:val="007B0C1F"/>
    <w:rsid w:val="008175E4"/>
    <w:rsid w:val="00817975"/>
    <w:rsid w:val="0089485C"/>
    <w:rsid w:val="00897346"/>
    <w:rsid w:val="008A2AA8"/>
    <w:rsid w:val="008D4490"/>
    <w:rsid w:val="008F54F7"/>
    <w:rsid w:val="00A15255"/>
    <w:rsid w:val="00A46056"/>
    <w:rsid w:val="00AA1D8D"/>
    <w:rsid w:val="00B174C2"/>
    <w:rsid w:val="00B47730"/>
    <w:rsid w:val="00B624C0"/>
    <w:rsid w:val="00B64326"/>
    <w:rsid w:val="00B97BF3"/>
    <w:rsid w:val="00C306CD"/>
    <w:rsid w:val="00CB0664"/>
    <w:rsid w:val="00CE3C5E"/>
    <w:rsid w:val="00D35228"/>
    <w:rsid w:val="00D9149B"/>
    <w:rsid w:val="00EC006D"/>
    <w:rsid w:val="00F40A97"/>
    <w:rsid w:val="00F46FF3"/>
    <w:rsid w:val="00F53160"/>
    <w:rsid w:val="00FB7B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009BF"/>
  <w14:defaultImageDpi w14:val="300"/>
  <w15:docId w15:val="{C6C9A617-E4B7-4A87-92A3-9D2BB059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F46F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15</Words>
  <Characters>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Jennifer Bilow</cp:lastModifiedBy>
  <cp:revision>22</cp:revision>
  <dcterms:created xsi:type="dcterms:W3CDTF">2026-05-05T19:27:00Z</dcterms:created>
  <dcterms:modified xsi:type="dcterms:W3CDTF">2026-05-13T22:53:00Z</dcterms:modified>
  <cp:category/>
</cp:coreProperties>
</file>